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8C5D8" w14:textId="7334AB69" w:rsidR="0092207E" w:rsidRPr="009A7EB3" w:rsidRDefault="00E76C66" w:rsidP="000F6F74">
      <w:pPr>
        <w:spacing w:after="160"/>
        <w:rPr>
          <w:b/>
        </w:rPr>
      </w:pPr>
      <w:r>
        <w:rPr>
          <w:b/>
          <w:sz w:val="24"/>
        </w:rPr>
        <w:t>Orick Community Service District</w:t>
      </w:r>
      <w:r>
        <w:rPr>
          <w:b/>
          <w:sz w:val="24"/>
        </w:rPr>
        <w:br/>
      </w:r>
      <w:r>
        <w:rPr>
          <w:b/>
        </w:rPr>
        <w:t>Regular Meeting</w:t>
      </w:r>
      <w:r>
        <w:rPr>
          <w:b/>
        </w:rPr>
        <w:br/>
      </w:r>
      <w:r w:rsidR="00412231">
        <w:rPr>
          <w:b/>
        </w:rPr>
        <w:t>September 9, 2026</w:t>
      </w:r>
      <w:r>
        <w:rPr>
          <w:b/>
        </w:rPr>
        <w:br/>
        <w:t>Orick Community Hall</w:t>
      </w:r>
    </w:p>
    <w:p w14:paraId="33DAD226" w14:textId="77777777" w:rsidR="0092207E" w:rsidRDefault="00E76C66">
      <w:pPr>
        <w:spacing w:line="264" w:lineRule="auto"/>
        <w:jc w:val="center"/>
      </w:pPr>
      <w:r>
        <w:rPr>
          <w:b/>
        </w:rPr>
        <w:t>MINUTES</w:t>
      </w:r>
    </w:p>
    <w:p w14:paraId="24A1BE00" w14:textId="6205C5E5" w:rsidR="0092207E" w:rsidRPr="009B7749" w:rsidRDefault="00E76C66" w:rsidP="009B7749">
      <w:r w:rsidRPr="00112010">
        <w:rPr>
          <w:b/>
        </w:rPr>
        <w:t>1</w:t>
      </w:r>
      <w:r w:rsidR="00093C43">
        <w:rPr>
          <w:b/>
        </w:rPr>
        <w:t>)</w:t>
      </w:r>
      <w:r w:rsidRPr="00112010">
        <w:rPr>
          <w:b/>
        </w:rPr>
        <w:t>. CALL TO ORDER / ROLL CALL</w:t>
      </w:r>
      <w:r w:rsidRPr="009B7749">
        <w:t xml:space="preserve">: Ron Barlow called the meeting to order at </w:t>
      </w:r>
      <w:r w:rsidR="004A1A2B">
        <w:t>6:0</w:t>
      </w:r>
      <w:r w:rsidR="00584C5F">
        <w:t>0</w:t>
      </w:r>
      <w:r w:rsidRPr="009B7749">
        <w:t xml:space="preserve"> p.m.</w:t>
      </w:r>
    </w:p>
    <w:p w14:paraId="09F93050" w14:textId="66983F78" w:rsidR="00A90327" w:rsidRDefault="000E3BD5" w:rsidP="00A90327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a.</w:t>
      </w:r>
      <w:r>
        <w:rPr>
          <w:rFonts w:asciiTheme="majorHAnsi" w:hAnsiTheme="majorHAnsi" w:cstheme="majorHAnsi"/>
        </w:rPr>
        <w:tab/>
      </w:r>
      <w:r w:rsidR="00E76C66" w:rsidRPr="00CF366D">
        <w:rPr>
          <w:rFonts w:asciiTheme="majorHAnsi" w:hAnsiTheme="majorHAnsi" w:cstheme="majorHAnsi"/>
        </w:rPr>
        <w:t xml:space="preserve"> PRESENT: Ron Barlow, </w:t>
      </w:r>
      <w:r w:rsidR="0040736C">
        <w:rPr>
          <w:rFonts w:asciiTheme="majorHAnsi" w:hAnsiTheme="majorHAnsi" w:cstheme="majorHAnsi"/>
        </w:rPr>
        <w:t>Kaitlyn Combs, Byron Frick</w:t>
      </w:r>
      <w:r w:rsidR="0035476F">
        <w:rPr>
          <w:rFonts w:asciiTheme="majorHAnsi" w:hAnsiTheme="majorHAnsi" w:cstheme="majorHAnsi"/>
        </w:rPr>
        <w:t>, Bob Secor</w:t>
      </w:r>
      <w:r w:rsidR="00412231">
        <w:rPr>
          <w:rFonts w:asciiTheme="majorHAnsi" w:hAnsiTheme="majorHAnsi" w:cstheme="majorHAnsi"/>
        </w:rPr>
        <w:t>, Marla Mo</w:t>
      </w:r>
      <w:r w:rsidR="007C25EF">
        <w:rPr>
          <w:rFonts w:asciiTheme="majorHAnsi" w:hAnsiTheme="majorHAnsi" w:cstheme="majorHAnsi"/>
        </w:rPr>
        <w:t>ra</w:t>
      </w:r>
    </w:p>
    <w:p w14:paraId="25A8EA7F" w14:textId="77777777" w:rsidR="0040736C" w:rsidRPr="00CF366D" w:rsidRDefault="0040736C" w:rsidP="00A90327">
      <w:pPr>
        <w:pStyle w:val="NoSpacing"/>
        <w:rPr>
          <w:rFonts w:asciiTheme="majorHAnsi" w:hAnsiTheme="majorHAnsi" w:cstheme="majorHAnsi"/>
        </w:rPr>
      </w:pPr>
    </w:p>
    <w:p w14:paraId="4477969B" w14:textId="79C7D607" w:rsidR="0092207E" w:rsidRPr="00CF366D" w:rsidRDefault="000E3BD5" w:rsidP="00A90327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b. </w:t>
      </w:r>
      <w:r>
        <w:rPr>
          <w:rFonts w:asciiTheme="majorHAnsi" w:hAnsiTheme="majorHAnsi" w:cstheme="majorHAnsi"/>
        </w:rPr>
        <w:tab/>
      </w:r>
      <w:r w:rsidR="00E76C66" w:rsidRPr="00CF366D">
        <w:rPr>
          <w:rFonts w:asciiTheme="majorHAnsi" w:hAnsiTheme="majorHAnsi" w:cstheme="majorHAnsi"/>
        </w:rPr>
        <w:t xml:space="preserve">MEMBERS ABSENT: </w:t>
      </w:r>
    </w:p>
    <w:p w14:paraId="3ABD5AE4" w14:textId="77777777" w:rsidR="00A90327" w:rsidRPr="00CF366D" w:rsidRDefault="00A90327" w:rsidP="00A90327">
      <w:pPr>
        <w:pStyle w:val="NoSpacing"/>
        <w:rPr>
          <w:rFonts w:asciiTheme="majorHAnsi" w:hAnsiTheme="majorHAnsi" w:cstheme="majorHAnsi"/>
        </w:rPr>
      </w:pPr>
    </w:p>
    <w:p w14:paraId="3AD99824" w14:textId="026AB8EB" w:rsidR="0092207E" w:rsidRPr="00CF366D" w:rsidRDefault="000E3BD5" w:rsidP="00A90327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c.</w:t>
      </w:r>
      <w:r>
        <w:rPr>
          <w:rFonts w:asciiTheme="majorHAnsi" w:hAnsiTheme="majorHAnsi" w:cstheme="majorHAnsi"/>
        </w:rPr>
        <w:tab/>
      </w:r>
      <w:r w:rsidR="00E76C66" w:rsidRPr="00CF366D">
        <w:rPr>
          <w:rFonts w:asciiTheme="majorHAnsi" w:hAnsiTheme="majorHAnsi" w:cstheme="majorHAnsi"/>
        </w:rPr>
        <w:t xml:space="preserve">STAFF PRESENT: Barbara Mitchell, </w:t>
      </w:r>
      <w:r w:rsidR="009C553A" w:rsidRPr="00CF366D">
        <w:rPr>
          <w:rFonts w:asciiTheme="majorHAnsi" w:hAnsiTheme="majorHAnsi" w:cstheme="majorHAnsi"/>
        </w:rPr>
        <w:t>Samantha Howard</w:t>
      </w:r>
      <w:r w:rsidR="0035476F">
        <w:rPr>
          <w:rFonts w:asciiTheme="majorHAnsi" w:hAnsiTheme="majorHAnsi" w:cstheme="majorHAnsi"/>
        </w:rPr>
        <w:t>, Bill Allen, Trevor Avram, Marcie Allen</w:t>
      </w:r>
    </w:p>
    <w:p w14:paraId="05669601" w14:textId="77777777" w:rsidR="00A90327" w:rsidRPr="00CF366D" w:rsidRDefault="00A90327" w:rsidP="00A90327">
      <w:pPr>
        <w:pStyle w:val="NoSpacing"/>
        <w:rPr>
          <w:rFonts w:asciiTheme="majorHAnsi" w:hAnsiTheme="majorHAnsi" w:cstheme="majorHAnsi"/>
        </w:rPr>
      </w:pPr>
    </w:p>
    <w:p w14:paraId="48AE8321" w14:textId="6EE31EFC" w:rsidR="0092207E" w:rsidRPr="00CF366D" w:rsidRDefault="000E3BD5" w:rsidP="00A90327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d.</w:t>
      </w:r>
      <w:r>
        <w:rPr>
          <w:rFonts w:asciiTheme="majorHAnsi" w:hAnsiTheme="majorHAnsi" w:cstheme="majorHAnsi"/>
        </w:rPr>
        <w:tab/>
      </w:r>
      <w:r w:rsidR="00C60DC5">
        <w:rPr>
          <w:rFonts w:asciiTheme="majorHAnsi" w:hAnsiTheme="majorHAnsi" w:cstheme="majorHAnsi"/>
        </w:rPr>
        <w:t>OTHERS PRESENT</w:t>
      </w:r>
      <w:r w:rsidR="00E76C66" w:rsidRPr="00CF366D">
        <w:rPr>
          <w:rFonts w:asciiTheme="majorHAnsi" w:hAnsiTheme="majorHAnsi" w:cstheme="majorHAnsi"/>
        </w:rPr>
        <w:t xml:space="preserve">: </w:t>
      </w:r>
      <w:r w:rsidR="00ED24C1">
        <w:rPr>
          <w:rFonts w:asciiTheme="majorHAnsi" w:hAnsiTheme="majorHAnsi" w:cstheme="majorHAnsi"/>
        </w:rPr>
        <w:t xml:space="preserve"> </w:t>
      </w:r>
      <w:r w:rsidR="00C60DC5">
        <w:rPr>
          <w:rFonts w:asciiTheme="majorHAnsi" w:hAnsiTheme="majorHAnsi" w:cstheme="majorHAnsi"/>
        </w:rPr>
        <w:t>B. Cotti</w:t>
      </w:r>
      <w:r w:rsidR="00D876F6">
        <w:rPr>
          <w:rFonts w:asciiTheme="majorHAnsi" w:hAnsiTheme="majorHAnsi" w:cstheme="majorHAnsi"/>
        </w:rPr>
        <w:t xml:space="preserve">, </w:t>
      </w:r>
      <w:r w:rsidR="005008F5">
        <w:rPr>
          <w:rFonts w:asciiTheme="majorHAnsi" w:hAnsiTheme="majorHAnsi" w:cstheme="majorHAnsi"/>
        </w:rPr>
        <w:t>LACO</w:t>
      </w:r>
      <w:r w:rsidR="005071BE">
        <w:rPr>
          <w:rFonts w:asciiTheme="majorHAnsi" w:hAnsiTheme="majorHAnsi" w:cstheme="majorHAnsi"/>
        </w:rPr>
        <w:t xml:space="preserve">     </w:t>
      </w:r>
      <w:r w:rsidR="00D876F6">
        <w:rPr>
          <w:rFonts w:asciiTheme="majorHAnsi" w:hAnsiTheme="majorHAnsi" w:cstheme="majorHAnsi"/>
        </w:rPr>
        <w:t>M. Holterman</w:t>
      </w:r>
      <w:r w:rsidR="005008F5">
        <w:rPr>
          <w:rFonts w:asciiTheme="majorHAnsi" w:hAnsiTheme="majorHAnsi" w:cstheme="majorHAnsi"/>
        </w:rPr>
        <w:t>n</w:t>
      </w:r>
      <w:r w:rsidR="005071BE">
        <w:rPr>
          <w:rFonts w:asciiTheme="majorHAnsi" w:hAnsiTheme="majorHAnsi" w:cstheme="majorHAnsi"/>
        </w:rPr>
        <w:t>, C of H</w:t>
      </w:r>
    </w:p>
    <w:p w14:paraId="3C2C5B35" w14:textId="77777777" w:rsidR="00A90327" w:rsidRPr="00CF366D" w:rsidRDefault="00A90327" w:rsidP="00A90327">
      <w:pPr>
        <w:pStyle w:val="NoSpacing"/>
        <w:rPr>
          <w:rFonts w:asciiTheme="majorHAnsi" w:hAnsiTheme="majorHAnsi" w:cstheme="majorHAnsi"/>
        </w:rPr>
      </w:pPr>
    </w:p>
    <w:p w14:paraId="6AFC19CD" w14:textId="77777777" w:rsidR="00A90327" w:rsidRPr="009B7749" w:rsidRDefault="00A90327" w:rsidP="00A90327">
      <w:pPr>
        <w:pStyle w:val="NoSpacing"/>
      </w:pPr>
    </w:p>
    <w:p w14:paraId="4ECB8740" w14:textId="3EFBBF6B" w:rsidR="0061324F" w:rsidRDefault="00E76C66" w:rsidP="009B7749">
      <w:r w:rsidRPr="00112010">
        <w:rPr>
          <w:b/>
          <w:bCs/>
        </w:rPr>
        <w:t>2</w:t>
      </w:r>
      <w:r w:rsidR="00093C43">
        <w:rPr>
          <w:b/>
          <w:bCs/>
        </w:rPr>
        <w:t>)</w:t>
      </w:r>
      <w:r w:rsidRPr="00112010">
        <w:rPr>
          <w:b/>
          <w:bCs/>
        </w:rPr>
        <w:t xml:space="preserve">. </w:t>
      </w:r>
      <w:r w:rsidR="00294450" w:rsidRPr="00112010">
        <w:rPr>
          <w:b/>
          <w:bCs/>
        </w:rPr>
        <w:t>ADDITION</w:t>
      </w:r>
      <w:r w:rsidR="00BF7710" w:rsidRPr="00112010">
        <w:rPr>
          <w:b/>
          <w:bCs/>
        </w:rPr>
        <w:t>S</w:t>
      </w:r>
      <w:r w:rsidR="00294450" w:rsidRPr="00112010">
        <w:rPr>
          <w:b/>
          <w:bCs/>
        </w:rPr>
        <w:t xml:space="preserve"> OR CHANGES TO THE AGENDA</w:t>
      </w:r>
      <w:r w:rsidR="00294450" w:rsidRPr="009B7749">
        <w:t>:</w:t>
      </w:r>
      <w:r w:rsidR="00CE6B76">
        <w:t xml:space="preserve"> There were no additions or changes to the agenda.</w:t>
      </w:r>
    </w:p>
    <w:p w14:paraId="5D38BD12" w14:textId="0AF94E0C" w:rsidR="00CF366D" w:rsidRPr="00CF366D" w:rsidRDefault="00CF366D" w:rsidP="009B7749">
      <w:r w:rsidRPr="00CF366D">
        <w:rPr>
          <w:b/>
          <w:bCs/>
        </w:rPr>
        <w:t>3).  APPROVAL OF AGENDA:</w:t>
      </w:r>
      <w:r>
        <w:rPr>
          <w:b/>
          <w:bCs/>
        </w:rPr>
        <w:t xml:space="preserve">  </w:t>
      </w:r>
      <w:r w:rsidR="00863F50">
        <w:t xml:space="preserve">September </w:t>
      </w:r>
      <w:r w:rsidR="007F2B19">
        <w:t>9, 2026</w:t>
      </w:r>
    </w:p>
    <w:p w14:paraId="65DF95BB" w14:textId="77777777" w:rsidR="00374556" w:rsidRDefault="00E93795" w:rsidP="00B72CF3">
      <w:pPr>
        <w:ind w:left="720" w:hanging="720"/>
      </w:pPr>
      <w:r>
        <w:t>a.</w:t>
      </w:r>
      <w:r w:rsidR="004C76D7" w:rsidRPr="009B7749">
        <w:t xml:space="preserve"> </w:t>
      </w:r>
      <w:r w:rsidR="00B72CF3">
        <w:tab/>
      </w:r>
      <w:r w:rsidR="00446716" w:rsidRPr="009B7749">
        <w:t>B</w:t>
      </w:r>
      <w:r w:rsidR="00CC3C49">
        <w:t>.</w:t>
      </w:r>
      <w:r w:rsidR="007F2B19">
        <w:t xml:space="preserve"> Frick</w:t>
      </w:r>
      <w:r w:rsidR="00967556">
        <w:t xml:space="preserve"> </w:t>
      </w:r>
      <w:r w:rsidR="00446716" w:rsidRPr="009B7749">
        <w:t xml:space="preserve">made a motion to approve </w:t>
      </w:r>
      <w:r w:rsidR="00446716" w:rsidRPr="00ED4926">
        <w:t xml:space="preserve">the </w:t>
      </w:r>
      <w:r w:rsidR="007F2B19">
        <w:t>September 9,</w:t>
      </w:r>
      <w:r w:rsidR="00ED4926" w:rsidRPr="00ED4926">
        <w:t xml:space="preserve"> 2026</w:t>
      </w:r>
      <w:r w:rsidR="00446716" w:rsidRPr="00ED4926">
        <w:t xml:space="preserve"> agenda</w:t>
      </w:r>
      <w:r w:rsidR="00446716" w:rsidRPr="009B7749">
        <w:t xml:space="preserve">.  </w:t>
      </w:r>
      <w:r w:rsidR="007F2B19">
        <w:t>K</w:t>
      </w:r>
      <w:r w:rsidR="00CC3C49">
        <w:t>. Combs</w:t>
      </w:r>
      <w:r w:rsidR="002E32E6">
        <w:t xml:space="preserve"> </w:t>
      </w:r>
      <w:r w:rsidR="00446716" w:rsidRPr="009B7749">
        <w:t>seconded.  All in favor; motion passed unanimously</w:t>
      </w:r>
    </w:p>
    <w:p w14:paraId="4C4AE7D4" w14:textId="02F3A12D" w:rsidR="000D1DC9" w:rsidRPr="00A20DD4" w:rsidRDefault="000D1DC9" w:rsidP="00B72CF3">
      <w:pPr>
        <w:ind w:left="720" w:hanging="720"/>
      </w:pPr>
      <w:r w:rsidRPr="00A20DD4">
        <w:rPr>
          <w:b/>
          <w:bCs/>
        </w:rPr>
        <w:t>4). CLOSED SESS</w:t>
      </w:r>
      <w:r w:rsidR="00A20DD4" w:rsidRPr="00A20DD4">
        <w:rPr>
          <w:b/>
          <w:bCs/>
        </w:rPr>
        <w:t>ION DISCUSSION:</w:t>
      </w:r>
      <w:r w:rsidR="00A20DD4">
        <w:rPr>
          <w:b/>
          <w:bCs/>
        </w:rPr>
        <w:t xml:space="preserve">  </w:t>
      </w:r>
      <w:r w:rsidR="00337E5A">
        <w:t>There was no closed session scheduled</w:t>
      </w:r>
      <w:r w:rsidR="00AC1EB7">
        <w:t>.</w:t>
      </w:r>
    </w:p>
    <w:p w14:paraId="0BAF394D" w14:textId="20AA9787" w:rsidR="006F598E" w:rsidRPr="009B7749" w:rsidRDefault="00AC1EB7" w:rsidP="0014767D">
      <w:pPr>
        <w:ind w:left="720" w:hanging="720"/>
      </w:pPr>
      <w:r>
        <w:t>5</w:t>
      </w:r>
      <w:r w:rsidR="006F598E">
        <w:rPr>
          <w:b/>
          <w:bCs/>
        </w:rPr>
        <w:t>)</w:t>
      </w:r>
      <w:r w:rsidR="006F598E" w:rsidRPr="00112010">
        <w:rPr>
          <w:b/>
          <w:bCs/>
        </w:rPr>
        <w:t>.  PUBLIC HEARINGS</w:t>
      </w:r>
      <w:r w:rsidR="006F598E">
        <w:t xml:space="preserve">: </w:t>
      </w:r>
      <w:r w:rsidR="00B72CF3">
        <w:t>.</w:t>
      </w:r>
      <w:r w:rsidR="00B72CF3">
        <w:tab/>
      </w:r>
      <w:r w:rsidR="006F598E">
        <w:t xml:space="preserve">There are no public hearings scheduled. </w:t>
      </w:r>
    </w:p>
    <w:p w14:paraId="3D19D605" w14:textId="1EDE8B0D" w:rsidR="006F598E" w:rsidRDefault="00AC1EB7" w:rsidP="006F598E">
      <w:r>
        <w:rPr>
          <w:b/>
          <w:bCs/>
        </w:rPr>
        <w:t>6</w:t>
      </w:r>
      <w:r w:rsidR="006F598E">
        <w:rPr>
          <w:b/>
          <w:bCs/>
        </w:rPr>
        <w:t>)</w:t>
      </w:r>
      <w:r w:rsidR="006F598E" w:rsidRPr="00112010">
        <w:rPr>
          <w:b/>
          <w:bCs/>
        </w:rPr>
        <w:t>. PUBLIC COMMENT</w:t>
      </w:r>
      <w:r w:rsidR="006F598E" w:rsidRPr="009B7749">
        <w:t>:</w:t>
      </w:r>
      <w:r w:rsidR="00CE6B76">
        <w:t xml:space="preserve"> There were no public comments.</w:t>
      </w:r>
    </w:p>
    <w:p w14:paraId="39971B70" w14:textId="5F5B6E09" w:rsidR="00112010" w:rsidRDefault="00AC1EB7" w:rsidP="00112010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7</w:t>
      </w:r>
      <w:r w:rsidR="00093C43" w:rsidRPr="00CF366D">
        <w:rPr>
          <w:rFonts w:asciiTheme="majorHAnsi" w:hAnsiTheme="majorHAnsi" w:cstheme="majorHAnsi"/>
          <w:b/>
          <w:bCs/>
        </w:rPr>
        <w:t>)</w:t>
      </w:r>
      <w:r w:rsidR="00112010" w:rsidRPr="00CF366D">
        <w:rPr>
          <w:rFonts w:asciiTheme="majorHAnsi" w:hAnsiTheme="majorHAnsi" w:cstheme="majorHAnsi"/>
          <w:b/>
          <w:bCs/>
        </w:rPr>
        <w:t>. APPROVAL OF CONSENT AGENDA</w:t>
      </w:r>
      <w:r w:rsidR="00112010" w:rsidRPr="00CF366D">
        <w:rPr>
          <w:rFonts w:asciiTheme="majorHAnsi" w:hAnsiTheme="majorHAnsi" w:cstheme="majorHAnsi"/>
        </w:rPr>
        <w:t xml:space="preserve">: </w:t>
      </w:r>
    </w:p>
    <w:p w14:paraId="2B4CC0F8" w14:textId="77777777" w:rsidR="00D84E6E" w:rsidRDefault="00B72CF3" w:rsidP="00112010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a.   </w:t>
      </w:r>
      <w:r w:rsidR="00C06938">
        <w:rPr>
          <w:rFonts w:asciiTheme="majorHAnsi" w:hAnsiTheme="majorHAnsi" w:cstheme="majorHAnsi"/>
        </w:rPr>
        <w:t>S</w:t>
      </w:r>
      <w:r w:rsidR="00E93795">
        <w:rPr>
          <w:rFonts w:asciiTheme="majorHAnsi" w:hAnsiTheme="majorHAnsi" w:cstheme="majorHAnsi"/>
        </w:rPr>
        <w:t>amantha Howard pulled</w:t>
      </w:r>
      <w:r w:rsidR="00C06938">
        <w:rPr>
          <w:rFonts w:asciiTheme="majorHAnsi" w:hAnsiTheme="majorHAnsi" w:cstheme="majorHAnsi"/>
        </w:rPr>
        <w:t xml:space="preserve"> </w:t>
      </w:r>
      <w:r w:rsidR="00173EAA">
        <w:rPr>
          <w:rFonts w:asciiTheme="majorHAnsi" w:hAnsiTheme="majorHAnsi" w:cstheme="majorHAnsi"/>
        </w:rPr>
        <w:t>item 7a from the consent agenda (</w:t>
      </w:r>
      <w:r w:rsidR="00F6443A">
        <w:rPr>
          <w:rFonts w:asciiTheme="majorHAnsi" w:hAnsiTheme="majorHAnsi" w:cstheme="majorHAnsi"/>
        </w:rPr>
        <w:t xml:space="preserve">Minutes from August </w:t>
      </w:r>
      <w:r w:rsidR="001A0462">
        <w:rPr>
          <w:rFonts w:asciiTheme="majorHAnsi" w:hAnsiTheme="majorHAnsi" w:cstheme="majorHAnsi"/>
        </w:rPr>
        <w:t>12 meeting</w:t>
      </w:r>
      <w:r w:rsidR="00DA57C5">
        <w:rPr>
          <w:rFonts w:asciiTheme="majorHAnsi" w:hAnsiTheme="majorHAnsi" w:cstheme="majorHAnsi"/>
        </w:rPr>
        <w:t>)</w:t>
      </w:r>
      <w:r w:rsidR="00497DAB">
        <w:rPr>
          <w:rFonts w:asciiTheme="majorHAnsi" w:hAnsiTheme="majorHAnsi" w:cstheme="majorHAnsi"/>
        </w:rPr>
        <w:t xml:space="preserve">.  A motion was made by B. Frick to approve </w:t>
      </w:r>
      <w:r w:rsidR="00E16B52">
        <w:rPr>
          <w:rFonts w:asciiTheme="majorHAnsi" w:hAnsiTheme="majorHAnsi" w:cstheme="majorHAnsi"/>
        </w:rPr>
        <w:t>Items 7b and 7c of the consent agenda</w:t>
      </w:r>
      <w:r w:rsidR="00F730DA">
        <w:rPr>
          <w:rFonts w:asciiTheme="majorHAnsi" w:hAnsiTheme="majorHAnsi" w:cstheme="majorHAnsi"/>
        </w:rPr>
        <w:t>. K. Combs seconded the motion</w:t>
      </w:r>
      <w:r w:rsidR="00374556">
        <w:rPr>
          <w:rFonts w:asciiTheme="majorHAnsi" w:hAnsiTheme="majorHAnsi" w:cstheme="majorHAnsi"/>
        </w:rPr>
        <w:t>.  All in favor; motion passed unanimously.</w:t>
      </w:r>
      <w:r w:rsidR="00296EA1">
        <w:rPr>
          <w:rFonts w:asciiTheme="majorHAnsi" w:hAnsiTheme="majorHAnsi" w:cstheme="majorHAnsi"/>
        </w:rPr>
        <w:t xml:space="preserve">  </w:t>
      </w:r>
      <w:r w:rsidR="00045EE4">
        <w:rPr>
          <w:rFonts w:asciiTheme="majorHAnsi" w:hAnsiTheme="majorHAnsi" w:cstheme="majorHAnsi"/>
        </w:rPr>
        <w:t xml:space="preserve">  </w:t>
      </w:r>
      <w:r w:rsidR="00AA2585">
        <w:rPr>
          <w:rFonts w:asciiTheme="majorHAnsi" w:hAnsiTheme="majorHAnsi" w:cstheme="majorHAnsi"/>
        </w:rPr>
        <w:t xml:space="preserve">Item 7a </w:t>
      </w:r>
      <w:r w:rsidR="00246D6F">
        <w:rPr>
          <w:rFonts w:asciiTheme="majorHAnsi" w:hAnsiTheme="majorHAnsi" w:cstheme="majorHAnsi"/>
        </w:rPr>
        <w:t>required the following modification</w:t>
      </w:r>
      <w:r w:rsidR="000A0627">
        <w:rPr>
          <w:rFonts w:asciiTheme="majorHAnsi" w:hAnsiTheme="majorHAnsi" w:cstheme="majorHAnsi"/>
        </w:rPr>
        <w:t xml:space="preserve"> to </w:t>
      </w:r>
      <w:r w:rsidR="00766E33">
        <w:rPr>
          <w:rFonts w:asciiTheme="majorHAnsi" w:hAnsiTheme="majorHAnsi" w:cstheme="majorHAnsi"/>
        </w:rPr>
        <w:t>4) Community Engagement Event</w:t>
      </w:r>
      <w:r w:rsidR="00E937C1">
        <w:rPr>
          <w:rFonts w:asciiTheme="majorHAnsi" w:hAnsiTheme="majorHAnsi" w:cstheme="majorHAnsi"/>
        </w:rPr>
        <w:t xml:space="preserve">: </w:t>
      </w:r>
      <w:r w:rsidR="005D167A">
        <w:rPr>
          <w:rFonts w:asciiTheme="majorHAnsi" w:hAnsiTheme="majorHAnsi" w:cstheme="majorHAnsi"/>
        </w:rPr>
        <w:t xml:space="preserve">Sentence should read; </w:t>
      </w:r>
      <w:r w:rsidR="00392E90">
        <w:rPr>
          <w:rFonts w:asciiTheme="majorHAnsi" w:hAnsiTheme="majorHAnsi" w:cstheme="majorHAnsi"/>
        </w:rPr>
        <w:t>Samantha Howard explained to those in attendance the protocol required for appl</w:t>
      </w:r>
      <w:r w:rsidR="00C917EC">
        <w:rPr>
          <w:rFonts w:asciiTheme="majorHAnsi" w:hAnsiTheme="majorHAnsi" w:cstheme="majorHAnsi"/>
        </w:rPr>
        <w:t>ying for the</w:t>
      </w:r>
      <w:r w:rsidR="00847571">
        <w:rPr>
          <w:rFonts w:asciiTheme="majorHAnsi" w:hAnsiTheme="majorHAnsi" w:cstheme="majorHAnsi"/>
        </w:rPr>
        <w:t xml:space="preserve"> CRC grant</w:t>
      </w:r>
      <w:r w:rsidR="00B80083">
        <w:rPr>
          <w:rFonts w:asciiTheme="majorHAnsi" w:hAnsiTheme="majorHAnsi" w:cstheme="majorHAnsi"/>
        </w:rPr>
        <w:t xml:space="preserve"> for funding for the community hall improvements.</w:t>
      </w:r>
      <w:r w:rsidR="00A4083D">
        <w:rPr>
          <w:rFonts w:asciiTheme="majorHAnsi" w:hAnsiTheme="majorHAnsi" w:cstheme="majorHAnsi"/>
        </w:rPr>
        <w:t xml:space="preserve">   She asked that the board make a motion to </w:t>
      </w:r>
      <w:r w:rsidR="003D50DE">
        <w:rPr>
          <w:rFonts w:asciiTheme="majorHAnsi" w:hAnsiTheme="majorHAnsi" w:cstheme="majorHAnsi"/>
        </w:rPr>
        <w:t xml:space="preserve">approve 7a, with </w:t>
      </w:r>
      <w:r w:rsidR="00F10567">
        <w:rPr>
          <w:rFonts w:asciiTheme="majorHAnsi" w:hAnsiTheme="majorHAnsi" w:cstheme="majorHAnsi"/>
        </w:rPr>
        <w:t>that modification.  K. Combs made the motion, seconded by</w:t>
      </w:r>
      <w:r w:rsidR="00D84E6E">
        <w:rPr>
          <w:rFonts w:asciiTheme="majorHAnsi" w:hAnsiTheme="majorHAnsi" w:cstheme="majorHAnsi"/>
        </w:rPr>
        <w:t xml:space="preserve"> </w:t>
      </w:r>
    </w:p>
    <w:p w14:paraId="78CF903A" w14:textId="5E064F5F" w:rsidR="002B6D18" w:rsidRPr="00CF366D" w:rsidRDefault="00D84E6E" w:rsidP="00112010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B. Frick.  Motion passed una</w:t>
      </w:r>
      <w:r w:rsidR="00CF16C1">
        <w:rPr>
          <w:rFonts w:asciiTheme="majorHAnsi" w:hAnsiTheme="majorHAnsi" w:cstheme="majorHAnsi"/>
        </w:rPr>
        <w:t>nimously</w:t>
      </w:r>
      <w:r w:rsidR="00C917EC">
        <w:rPr>
          <w:rFonts w:asciiTheme="majorHAnsi" w:hAnsiTheme="majorHAnsi" w:cstheme="majorHAnsi"/>
        </w:rPr>
        <w:t xml:space="preserve"> </w:t>
      </w:r>
    </w:p>
    <w:p w14:paraId="225F9711" w14:textId="77777777" w:rsidR="002971E9" w:rsidRDefault="002971E9" w:rsidP="00112010">
      <w:pPr>
        <w:pStyle w:val="NoSpacing"/>
      </w:pPr>
    </w:p>
    <w:p w14:paraId="64CB56B6" w14:textId="78B1E83F" w:rsidR="00112010" w:rsidRPr="00112010" w:rsidRDefault="00112010" w:rsidP="00112010">
      <w:pPr>
        <w:pStyle w:val="NoSpacing"/>
      </w:pPr>
      <w:r>
        <w:t xml:space="preserve">     </w:t>
      </w:r>
    </w:p>
    <w:p w14:paraId="073C1974" w14:textId="41077A5F" w:rsidR="0092207E" w:rsidRPr="00294B04" w:rsidRDefault="0011000B" w:rsidP="0094240D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8</w:t>
      </w:r>
      <w:r w:rsidR="00093C43" w:rsidRPr="00294B04">
        <w:rPr>
          <w:rFonts w:asciiTheme="majorHAnsi" w:hAnsiTheme="majorHAnsi" w:cstheme="majorHAnsi"/>
          <w:b/>
          <w:bCs/>
        </w:rPr>
        <w:t>)</w:t>
      </w:r>
      <w:r w:rsidR="00112010" w:rsidRPr="00294B04">
        <w:rPr>
          <w:rFonts w:asciiTheme="majorHAnsi" w:hAnsiTheme="majorHAnsi" w:cstheme="majorHAnsi"/>
          <w:b/>
          <w:bCs/>
        </w:rPr>
        <w:t xml:space="preserve">. </w:t>
      </w:r>
      <w:r w:rsidR="00D963DD" w:rsidRPr="00294B04">
        <w:rPr>
          <w:rFonts w:asciiTheme="majorHAnsi" w:hAnsiTheme="majorHAnsi" w:cstheme="majorHAnsi"/>
          <w:b/>
          <w:bCs/>
        </w:rPr>
        <w:t>INFORMATION</w:t>
      </w:r>
      <w:r w:rsidR="00112010" w:rsidRPr="00294B04">
        <w:rPr>
          <w:rFonts w:asciiTheme="majorHAnsi" w:hAnsiTheme="majorHAnsi" w:cstheme="majorHAnsi"/>
          <w:b/>
          <w:bCs/>
        </w:rPr>
        <w:t>/</w:t>
      </w:r>
      <w:r w:rsidR="00D963DD" w:rsidRPr="00294B04">
        <w:rPr>
          <w:rFonts w:asciiTheme="majorHAnsi" w:hAnsiTheme="majorHAnsi" w:cstheme="majorHAnsi"/>
          <w:b/>
          <w:bCs/>
        </w:rPr>
        <w:t xml:space="preserve"> DISCUSSION</w:t>
      </w:r>
      <w:r w:rsidR="00D963DD" w:rsidRPr="00294B04">
        <w:rPr>
          <w:rFonts w:asciiTheme="majorHAnsi" w:hAnsiTheme="majorHAnsi" w:cstheme="majorHAnsi"/>
        </w:rPr>
        <w:t>:</w:t>
      </w:r>
    </w:p>
    <w:p w14:paraId="08DF7A67" w14:textId="734DEE69" w:rsidR="003A54AF" w:rsidRPr="00294B04" w:rsidRDefault="00843BA3" w:rsidP="0094240D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a.  Humboldt County 7</w:t>
      </w:r>
      <w:r w:rsidRPr="00843BA3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Cycle Housing Element Update P</w:t>
      </w:r>
      <w:r w:rsidR="00AB1C31">
        <w:rPr>
          <w:rFonts w:asciiTheme="majorHAnsi" w:hAnsiTheme="majorHAnsi" w:cstheme="majorHAnsi"/>
        </w:rPr>
        <w:t>resentation</w:t>
      </w:r>
    </w:p>
    <w:p w14:paraId="6435E61C" w14:textId="77777777" w:rsidR="00843BA3" w:rsidRDefault="00843BA3" w:rsidP="00B301FC">
      <w:pPr>
        <w:pStyle w:val="NoSpacing"/>
        <w:rPr>
          <w:rFonts w:asciiTheme="majorHAnsi" w:hAnsiTheme="majorHAnsi" w:cstheme="majorHAnsi"/>
        </w:rPr>
      </w:pPr>
    </w:p>
    <w:p w14:paraId="344E8761" w14:textId="0E2E53D9" w:rsidR="0061324F" w:rsidRPr="00BB5D53" w:rsidRDefault="00112010" w:rsidP="00B301FC">
      <w:pPr>
        <w:pStyle w:val="NoSpacing"/>
        <w:rPr>
          <w:rFonts w:asciiTheme="majorHAnsi" w:hAnsiTheme="majorHAnsi" w:cstheme="majorHAnsi"/>
          <w:i/>
          <w:iCs/>
        </w:rPr>
      </w:pPr>
      <w:r w:rsidRPr="00294B04">
        <w:rPr>
          <w:rFonts w:asciiTheme="majorHAnsi" w:hAnsiTheme="majorHAnsi" w:cstheme="majorHAnsi"/>
        </w:rPr>
        <w:t xml:space="preserve"> </w:t>
      </w:r>
      <w:r w:rsidR="00843BA3">
        <w:rPr>
          <w:rFonts w:asciiTheme="majorHAnsi" w:hAnsiTheme="majorHAnsi" w:cstheme="majorHAnsi"/>
        </w:rPr>
        <w:t>b</w:t>
      </w:r>
      <w:r w:rsidR="004E465D" w:rsidRPr="00BB5D53">
        <w:rPr>
          <w:rFonts w:asciiTheme="majorHAnsi" w:hAnsiTheme="majorHAnsi" w:cstheme="majorHAnsi"/>
        </w:rPr>
        <w:t>.</w:t>
      </w:r>
      <w:r w:rsidRPr="00BB5D53">
        <w:rPr>
          <w:rFonts w:asciiTheme="majorHAnsi" w:hAnsiTheme="majorHAnsi" w:cstheme="majorHAnsi"/>
        </w:rPr>
        <w:t xml:space="preserve"> Wastewater Study Grant</w:t>
      </w:r>
      <w:r w:rsidR="000A6313" w:rsidRPr="00BB5D53">
        <w:rPr>
          <w:rFonts w:asciiTheme="majorHAnsi" w:hAnsiTheme="majorHAnsi" w:cstheme="majorHAnsi"/>
        </w:rPr>
        <w:t>-</w:t>
      </w:r>
      <w:r w:rsidR="0094240D" w:rsidRPr="00BB5D53">
        <w:rPr>
          <w:rFonts w:asciiTheme="majorHAnsi" w:hAnsiTheme="majorHAnsi" w:cstheme="majorHAnsi"/>
        </w:rPr>
        <w:t>L</w:t>
      </w:r>
      <w:r w:rsidR="006401AF" w:rsidRPr="00BB5D53">
        <w:rPr>
          <w:rFonts w:asciiTheme="majorHAnsi" w:hAnsiTheme="majorHAnsi" w:cstheme="majorHAnsi"/>
        </w:rPr>
        <w:t>ACO</w:t>
      </w:r>
      <w:r w:rsidR="002B5AC8" w:rsidRPr="00BB5D53">
        <w:rPr>
          <w:rFonts w:asciiTheme="majorHAnsi" w:hAnsiTheme="majorHAnsi" w:cstheme="majorHAnsi"/>
        </w:rPr>
        <w:t>:</w:t>
      </w:r>
      <w:r w:rsidR="00D53D1C" w:rsidRPr="00BB5D53">
        <w:rPr>
          <w:rFonts w:asciiTheme="majorHAnsi" w:hAnsiTheme="majorHAnsi" w:cstheme="majorHAnsi"/>
        </w:rPr>
        <w:t xml:space="preserve">     </w:t>
      </w:r>
    </w:p>
    <w:p w14:paraId="163C481E" w14:textId="77777777" w:rsidR="004E465D" w:rsidRDefault="004E465D" w:rsidP="00B301FC">
      <w:pPr>
        <w:pStyle w:val="NoSpacing"/>
        <w:rPr>
          <w:rFonts w:asciiTheme="majorHAnsi" w:hAnsiTheme="majorHAnsi" w:cstheme="majorHAnsi"/>
          <w:b/>
          <w:bCs/>
        </w:rPr>
      </w:pPr>
    </w:p>
    <w:p w14:paraId="20DAD2C4" w14:textId="5BF437E1" w:rsidR="005018F0" w:rsidRPr="002E7935" w:rsidRDefault="001E1AD9" w:rsidP="00035FFE">
      <w:pPr>
        <w:pStyle w:val="NoSpacing"/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from the school site.  Rod </w:t>
      </w:r>
      <w:r w:rsidR="007F2B34">
        <w:rPr>
          <w:rFonts w:asciiTheme="majorHAnsi" w:hAnsiTheme="majorHAnsi" w:cstheme="majorHAnsi"/>
        </w:rPr>
        <w:t>will look into that.</w:t>
      </w:r>
      <w:r w:rsidR="00D22955">
        <w:rPr>
          <w:rFonts w:asciiTheme="majorHAnsi" w:hAnsiTheme="majorHAnsi" w:cstheme="majorHAnsi"/>
        </w:rPr>
        <w:t xml:space="preserve">  </w:t>
      </w:r>
      <w:r w:rsidR="00B2405B">
        <w:rPr>
          <w:rFonts w:asciiTheme="majorHAnsi" w:hAnsiTheme="majorHAnsi" w:cstheme="majorHAnsi"/>
        </w:rPr>
        <w:t>Planning maps of the area and the project were reviewed.</w:t>
      </w:r>
      <w:r w:rsidR="00D01945">
        <w:rPr>
          <w:rFonts w:asciiTheme="majorHAnsi" w:hAnsiTheme="majorHAnsi" w:cstheme="majorHAnsi"/>
        </w:rPr>
        <w:t xml:space="preserve"> </w:t>
      </w:r>
      <w:r w:rsidR="00506A7D">
        <w:rPr>
          <w:rFonts w:asciiTheme="majorHAnsi" w:hAnsiTheme="majorHAnsi" w:cstheme="majorHAnsi"/>
        </w:rPr>
        <w:t xml:space="preserve"> </w:t>
      </w:r>
      <w:r w:rsidR="00A55E88">
        <w:rPr>
          <w:rFonts w:asciiTheme="majorHAnsi" w:hAnsiTheme="majorHAnsi" w:cstheme="majorHAnsi"/>
        </w:rPr>
        <w:t xml:space="preserve">Rate studies for </w:t>
      </w:r>
      <w:r w:rsidR="00C22713">
        <w:rPr>
          <w:rFonts w:asciiTheme="majorHAnsi" w:hAnsiTheme="majorHAnsi" w:cstheme="majorHAnsi"/>
        </w:rPr>
        <w:t xml:space="preserve">cost to </w:t>
      </w:r>
      <w:r w:rsidR="00604119">
        <w:rPr>
          <w:rFonts w:asciiTheme="majorHAnsi" w:hAnsiTheme="majorHAnsi" w:cstheme="majorHAnsi"/>
        </w:rPr>
        <w:t>customers, plant</w:t>
      </w:r>
      <w:r w:rsidR="007804BF">
        <w:rPr>
          <w:rFonts w:asciiTheme="majorHAnsi" w:hAnsiTheme="majorHAnsi" w:cstheme="majorHAnsi"/>
        </w:rPr>
        <w:t xml:space="preserve"> operator</w:t>
      </w:r>
      <w:r w:rsidR="00C22713">
        <w:rPr>
          <w:rFonts w:asciiTheme="majorHAnsi" w:hAnsiTheme="majorHAnsi" w:cstheme="majorHAnsi"/>
        </w:rPr>
        <w:t xml:space="preserve">, </w:t>
      </w:r>
      <w:r w:rsidR="007804BF">
        <w:rPr>
          <w:rFonts w:asciiTheme="majorHAnsi" w:hAnsiTheme="majorHAnsi" w:cstheme="majorHAnsi"/>
        </w:rPr>
        <w:t>maintenance per</w:t>
      </w:r>
      <w:r w:rsidR="00050AD3">
        <w:rPr>
          <w:rFonts w:asciiTheme="majorHAnsi" w:hAnsiTheme="majorHAnsi" w:cstheme="majorHAnsi"/>
        </w:rPr>
        <w:t>son</w:t>
      </w:r>
      <w:r w:rsidR="00846009">
        <w:rPr>
          <w:rFonts w:asciiTheme="majorHAnsi" w:hAnsiTheme="majorHAnsi" w:cstheme="majorHAnsi"/>
        </w:rPr>
        <w:t>, etc. will</w:t>
      </w:r>
      <w:r>
        <w:rPr>
          <w:rFonts w:asciiTheme="majorHAnsi" w:hAnsiTheme="majorHAnsi" w:cstheme="majorHAnsi"/>
        </w:rPr>
        <w:t xml:space="preserve"> </w:t>
      </w:r>
      <w:r w:rsidR="00971ADA">
        <w:rPr>
          <w:rFonts w:asciiTheme="majorHAnsi" w:hAnsiTheme="majorHAnsi" w:cstheme="majorHAnsi"/>
        </w:rPr>
        <w:t xml:space="preserve">be done in Phase 2 of the </w:t>
      </w:r>
      <w:r w:rsidR="00191067">
        <w:rPr>
          <w:rFonts w:asciiTheme="majorHAnsi" w:hAnsiTheme="majorHAnsi" w:cstheme="majorHAnsi"/>
        </w:rPr>
        <w:t>proje</w:t>
      </w:r>
      <w:r w:rsidR="00846009">
        <w:rPr>
          <w:rFonts w:asciiTheme="majorHAnsi" w:hAnsiTheme="majorHAnsi" w:cstheme="majorHAnsi"/>
        </w:rPr>
        <w:t>ct.</w:t>
      </w:r>
      <w:r w:rsidR="008E6225">
        <w:rPr>
          <w:rFonts w:asciiTheme="majorHAnsi" w:hAnsiTheme="majorHAnsi" w:cstheme="majorHAnsi"/>
        </w:rPr>
        <w:t xml:space="preserve">  </w:t>
      </w:r>
      <w:r w:rsidR="00DB17F8">
        <w:rPr>
          <w:rFonts w:asciiTheme="majorHAnsi" w:hAnsiTheme="majorHAnsi" w:cstheme="majorHAnsi"/>
        </w:rPr>
        <w:t xml:space="preserve">The </w:t>
      </w:r>
      <w:r w:rsidR="00E10155">
        <w:rPr>
          <w:rFonts w:asciiTheme="majorHAnsi" w:hAnsiTheme="majorHAnsi" w:cstheme="majorHAnsi"/>
        </w:rPr>
        <w:t>goal is to find funding to subsidize cost</w:t>
      </w:r>
      <w:r w:rsidR="00DB17F8">
        <w:rPr>
          <w:rFonts w:asciiTheme="majorHAnsi" w:hAnsiTheme="majorHAnsi" w:cstheme="majorHAnsi"/>
        </w:rPr>
        <w:t xml:space="preserve"> to customers </w:t>
      </w:r>
      <w:r w:rsidR="00E10155">
        <w:rPr>
          <w:rFonts w:asciiTheme="majorHAnsi" w:hAnsiTheme="majorHAnsi" w:cstheme="majorHAnsi"/>
        </w:rPr>
        <w:t>for up to 5 years.</w:t>
      </w:r>
      <w:r w:rsidR="003F2D88">
        <w:rPr>
          <w:rFonts w:asciiTheme="majorHAnsi" w:hAnsiTheme="majorHAnsi" w:cstheme="majorHAnsi"/>
        </w:rPr>
        <w:t xml:space="preserve"> </w:t>
      </w:r>
      <w:r w:rsidR="002E32E6">
        <w:rPr>
          <w:rFonts w:asciiTheme="majorHAnsi" w:hAnsiTheme="majorHAnsi" w:cstheme="majorHAnsi"/>
        </w:rPr>
        <w:t xml:space="preserve"> There are several options available.</w:t>
      </w:r>
    </w:p>
    <w:p w14:paraId="65E35DF5" w14:textId="77777777" w:rsidR="006F598E" w:rsidRPr="00294B04" w:rsidRDefault="006F598E" w:rsidP="00B301FC">
      <w:pPr>
        <w:pStyle w:val="NoSpacing"/>
        <w:rPr>
          <w:rFonts w:asciiTheme="majorHAnsi" w:hAnsiTheme="majorHAnsi" w:cstheme="majorHAnsi"/>
        </w:rPr>
      </w:pPr>
    </w:p>
    <w:p w14:paraId="6C2B86FB" w14:textId="756BD4D3" w:rsidR="00035FFE" w:rsidRDefault="006F598E" w:rsidP="006F598E">
      <w:pPr>
        <w:pStyle w:val="NoSpacing"/>
        <w:rPr>
          <w:rFonts w:asciiTheme="majorHAnsi" w:hAnsiTheme="majorHAnsi" w:cstheme="majorHAnsi"/>
          <w:b/>
          <w:bCs/>
        </w:rPr>
      </w:pPr>
      <w:r w:rsidRPr="00BB5D53">
        <w:rPr>
          <w:rFonts w:asciiTheme="majorHAnsi" w:hAnsiTheme="majorHAnsi" w:cstheme="majorHAnsi"/>
        </w:rPr>
        <w:lastRenderedPageBreak/>
        <w:t>c. Water Operator Report</w:t>
      </w:r>
      <w:r w:rsidR="00294B04" w:rsidRPr="00BB5D53">
        <w:rPr>
          <w:rFonts w:asciiTheme="majorHAnsi" w:hAnsiTheme="majorHAnsi" w:cstheme="majorHAnsi"/>
        </w:rPr>
        <w:t>:</w:t>
      </w:r>
      <w:r w:rsidR="00530BD8">
        <w:rPr>
          <w:rFonts w:asciiTheme="majorHAnsi" w:hAnsiTheme="majorHAnsi" w:cstheme="majorHAnsi"/>
          <w:b/>
          <w:bCs/>
        </w:rPr>
        <w:t xml:space="preserve">  </w:t>
      </w:r>
    </w:p>
    <w:p w14:paraId="059CD81E" w14:textId="77777777" w:rsidR="00035FFE" w:rsidRDefault="00035FFE" w:rsidP="006F598E">
      <w:pPr>
        <w:pStyle w:val="NoSpacing"/>
        <w:rPr>
          <w:rFonts w:asciiTheme="majorHAnsi" w:hAnsiTheme="majorHAnsi" w:cstheme="majorHAnsi"/>
          <w:b/>
          <w:bCs/>
        </w:rPr>
      </w:pPr>
    </w:p>
    <w:p w14:paraId="50E3F140" w14:textId="77777777" w:rsidR="00E33830" w:rsidRDefault="00E33830" w:rsidP="006F598E">
      <w:pPr>
        <w:pStyle w:val="NoSpacing"/>
        <w:rPr>
          <w:rFonts w:asciiTheme="majorHAnsi" w:hAnsiTheme="majorHAnsi" w:cstheme="majorHAnsi"/>
          <w:b/>
          <w:bCs/>
        </w:rPr>
      </w:pPr>
    </w:p>
    <w:p w14:paraId="680AD9AB" w14:textId="77777777" w:rsidR="008B5458" w:rsidRDefault="00B301FC" w:rsidP="00B301FC">
      <w:pPr>
        <w:pStyle w:val="NoSpacing"/>
        <w:rPr>
          <w:rFonts w:asciiTheme="majorHAnsi" w:hAnsiTheme="majorHAnsi" w:cstheme="majorHAnsi"/>
          <w:b/>
          <w:bCs/>
        </w:rPr>
      </w:pPr>
      <w:r w:rsidRPr="00035FFE">
        <w:rPr>
          <w:rFonts w:asciiTheme="majorHAnsi" w:hAnsiTheme="majorHAnsi" w:cstheme="majorHAnsi"/>
        </w:rPr>
        <w:t>d.  Micro Grid Grant</w:t>
      </w:r>
      <w:r w:rsidR="00294B04" w:rsidRPr="00035FFE">
        <w:rPr>
          <w:rFonts w:asciiTheme="majorHAnsi" w:hAnsiTheme="majorHAnsi" w:cstheme="majorHAnsi"/>
        </w:rPr>
        <w:t>:</w:t>
      </w:r>
      <w:r w:rsidR="00C225A3">
        <w:rPr>
          <w:rFonts w:asciiTheme="majorHAnsi" w:hAnsiTheme="majorHAnsi" w:cstheme="majorHAnsi"/>
          <w:b/>
          <w:bCs/>
        </w:rPr>
        <w:t xml:space="preserve"> </w:t>
      </w:r>
    </w:p>
    <w:p w14:paraId="4BE5D67B" w14:textId="77777777" w:rsidR="008B5458" w:rsidRDefault="008B5458" w:rsidP="00B301FC">
      <w:pPr>
        <w:pStyle w:val="NoSpacing"/>
        <w:rPr>
          <w:rFonts w:asciiTheme="majorHAnsi" w:hAnsiTheme="majorHAnsi" w:cstheme="majorHAnsi"/>
          <w:b/>
          <w:bCs/>
        </w:rPr>
      </w:pPr>
    </w:p>
    <w:p w14:paraId="369EABEB" w14:textId="77777777" w:rsidR="005F6B9B" w:rsidRPr="00294B04" w:rsidRDefault="005F6B9B" w:rsidP="00B301FC">
      <w:pPr>
        <w:pStyle w:val="NoSpacing"/>
        <w:rPr>
          <w:rFonts w:asciiTheme="majorHAnsi" w:hAnsiTheme="majorHAnsi" w:cstheme="majorHAnsi"/>
        </w:rPr>
      </w:pPr>
    </w:p>
    <w:p w14:paraId="1394F143" w14:textId="77777777" w:rsidR="00035FFE" w:rsidRDefault="00E44C05" w:rsidP="00B301FC">
      <w:pPr>
        <w:pStyle w:val="NoSpacing"/>
        <w:rPr>
          <w:rFonts w:asciiTheme="majorHAnsi" w:hAnsiTheme="majorHAnsi" w:cstheme="majorHAnsi"/>
        </w:rPr>
      </w:pPr>
      <w:r w:rsidRPr="00035FFE">
        <w:rPr>
          <w:rFonts w:asciiTheme="majorHAnsi" w:hAnsiTheme="majorHAnsi" w:cstheme="majorHAnsi"/>
        </w:rPr>
        <w:t>e. Commissary Kitchen Policy and Contract</w:t>
      </w:r>
      <w:r w:rsidR="00C225A3" w:rsidRPr="00035FFE">
        <w:rPr>
          <w:rFonts w:asciiTheme="majorHAnsi" w:hAnsiTheme="majorHAnsi" w:cstheme="majorHAnsi"/>
        </w:rPr>
        <w:t>:</w:t>
      </w:r>
      <w:r w:rsidR="009D7B23">
        <w:rPr>
          <w:rFonts w:asciiTheme="majorHAnsi" w:hAnsiTheme="majorHAnsi" w:cstheme="majorHAnsi"/>
          <w:b/>
          <w:bCs/>
        </w:rPr>
        <w:t xml:space="preserve">  </w:t>
      </w:r>
    </w:p>
    <w:p w14:paraId="789CF71C" w14:textId="77777777" w:rsidR="00035FFE" w:rsidRDefault="00035FFE" w:rsidP="00B301FC">
      <w:pPr>
        <w:pStyle w:val="NoSpacing"/>
        <w:rPr>
          <w:rFonts w:asciiTheme="majorHAnsi" w:hAnsiTheme="majorHAnsi" w:cstheme="majorHAnsi"/>
        </w:rPr>
      </w:pPr>
    </w:p>
    <w:p w14:paraId="49CC80E3" w14:textId="77777777" w:rsidR="00A763FC" w:rsidRDefault="00A763FC" w:rsidP="00B301FC">
      <w:pPr>
        <w:pStyle w:val="NoSpacing"/>
        <w:rPr>
          <w:rFonts w:asciiTheme="majorHAnsi" w:hAnsiTheme="majorHAnsi" w:cstheme="majorHAnsi"/>
        </w:rPr>
      </w:pPr>
    </w:p>
    <w:p w14:paraId="5C201077" w14:textId="77777777" w:rsidR="00035FFE" w:rsidRDefault="00A763FC" w:rsidP="00B301FC">
      <w:pPr>
        <w:pStyle w:val="NoSpacing"/>
        <w:rPr>
          <w:rFonts w:asciiTheme="majorHAnsi" w:hAnsiTheme="majorHAnsi" w:cstheme="majorHAnsi"/>
          <w:b/>
          <w:bCs/>
        </w:rPr>
      </w:pPr>
      <w:r w:rsidRPr="00035FFE">
        <w:rPr>
          <w:rFonts w:asciiTheme="majorHAnsi" w:hAnsiTheme="majorHAnsi" w:cstheme="majorHAnsi"/>
        </w:rPr>
        <w:t>f. CRC Round 2 Implementation Grant</w:t>
      </w:r>
      <w:r w:rsidR="000B637C" w:rsidRPr="00035FFE">
        <w:rPr>
          <w:rFonts w:asciiTheme="majorHAnsi" w:hAnsiTheme="majorHAnsi" w:cstheme="majorHAnsi"/>
        </w:rPr>
        <w:t>:</w:t>
      </w:r>
      <w:r w:rsidR="004F034C">
        <w:rPr>
          <w:rFonts w:asciiTheme="majorHAnsi" w:hAnsiTheme="majorHAnsi" w:cstheme="majorHAnsi"/>
          <w:b/>
          <w:bCs/>
        </w:rPr>
        <w:t xml:space="preserve"> </w:t>
      </w:r>
    </w:p>
    <w:p w14:paraId="773C63E7" w14:textId="77777777" w:rsidR="00035FFE" w:rsidRDefault="00035FFE" w:rsidP="00B301FC">
      <w:pPr>
        <w:pStyle w:val="NoSpacing"/>
        <w:rPr>
          <w:rFonts w:asciiTheme="majorHAnsi" w:hAnsiTheme="majorHAnsi" w:cstheme="majorHAnsi"/>
          <w:b/>
          <w:bCs/>
        </w:rPr>
      </w:pPr>
    </w:p>
    <w:p w14:paraId="0061E1C5" w14:textId="77777777" w:rsidR="005A43FA" w:rsidRDefault="005A43FA" w:rsidP="009B7749">
      <w:pPr>
        <w:rPr>
          <w:b/>
          <w:bCs/>
        </w:rPr>
      </w:pPr>
    </w:p>
    <w:p w14:paraId="3A05949B" w14:textId="28008BD8" w:rsidR="0092207E" w:rsidRDefault="0011000B" w:rsidP="009B7749">
      <w:pPr>
        <w:rPr>
          <w:b/>
          <w:bCs/>
        </w:rPr>
      </w:pPr>
      <w:r>
        <w:rPr>
          <w:b/>
          <w:bCs/>
        </w:rPr>
        <w:t>9</w:t>
      </w:r>
      <w:r w:rsidR="00093C43" w:rsidRPr="00844F38">
        <w:rPr>
          <w:b/>
          <w:bCs/>
        </w:rPr>
        <w:t>)</w:t>
      </w:r>
      <w:r w:rsidR="00D963DD" w:rsidRPr="00844F38">
        <w:rPr>
          <w:b/>
          <w:bCs/>
        </w:rPr>
        <w:t>. ACTION AGENDA:</w:t>
      </w:r>
      <w:r w:rsidR="002506D5" w:rsidRPr="00844F38">
        <w:rPr>
          <w:b/>
          <w:bCs/>
        </w:rPr>
        <w:t xml:space="preserve"> </w:t>
      </w:r>
    </w:p>
    <w:p w14:paraId="6DA30228" w14:textId="0BD9DF87" w:rsidR="0092207E" w:rsidRPr="00294B04" w:rsidRDefault="0011000B" w:rsidP="009B7749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10</w:t>
      </w:r>
      <w:r w:rsidR="00844F38" w:rsidRPr="00294B04">
        <w:rPr>
          <w:rFonts w:asciiTheme="majorHAnsi" w:hAnsiTheme="majorHAnsi" w:cstheme="majorHAnsi"/>
          <w:b/>
          <w:bCs/>
        </w:rPr>
        <w:t>)</w:t>
      </w:r>
      <w:r w:rsidR="00D963DD" w:rsidRPr="00294B04">
        <w:rPr>
          <w:rFonts w:asciiTheme="majorHAnsi" w:hAnsiTheme="majorHAnsi" w:cstheme="majorHAnsi"/>
          <w:b/>
          <w:bCs/>
        </w:rPr>
        <w:t>. STAFF REPORTS:</w:t>
      </w:r>
    </w:p>
    <w:p w14:paraId="1A9EBD21" w14:textId="77777777" w:rsidR="00035FFE" w:rsidRDefault="00B26BC8" w:rsidP="00844F38">
      <w:pPr>
        <w:pStyle w:val="NoSpacing"/>
        <w:rPr>
          <w:rFonts w:asciiTheme="majorHAnsi" w:hAnsiTheme="majorHAnsi" w:cstheme="majorHAnsi"/>
          <w:b/>
          <w:bCs/>
        </w:rPr>
      </w:pPr>
      <w:r w:rsidRPr="00035FFE">
        <w:rPr>
          <w:rFonts w:asciiTheme="majorHAnsi" w:hAnsiTheme="majorHAnsi" w:cstheme="majorHAnsi"/>
        </w:rPr>
        <w:t xml:space="preserve">a. </w:t>
      </w:r>
      <w:r w:rsidR="006712CF" w:rsidRPr="00035FFE">
        <w:rPr>
          <w:rFonts w:asciiTheme="majorHAnsi" w:hAnsiTheme="majorHAnsi" w:cstheme="majorHAnsi"/>
        </w:rPr>
        <w:t>General Managers Report</w:t>
      </w:r>
      <w:r w:rsidR="00294B04" w:rsidRPr="00035FFE">
        <w:rPr>
          <w:rFonts w:asciiTheme="majorHAnsi" w:hAnsiTheme="majorHAnsi" w:cstheme="majorHAnsi"/>
        </w:rPr>
        <w:t>:</w:t>
      </w:r>
      <w:r w:rsidR="008148E7">
        <w:rPr>
          <w:rFonts w:asciiTheme="majorHAnsi" w:hAnsiTheme="majorHAnsi" w:cstheme="majorHAnsi"/>
          <w:b/>
          <w:bCs/>
        </w:rPr>
        <w:t xml:space="preserve"> </w:t>
      </w:r>
    </w:p>
    <w:p w14:paraId="2BB7EB51" w14:textId="77777777" w:rsidR="00035FFE" w:rsidRDefault="00035FFE" w:rsidP="00844F38">
      <w:pPr>
        <w:pStyle w:val="NoSpacing"/>
        <w:rPr>
          <w:rFonts w:asciiTheme="majorHAnsi" w:hAnsiTheme="majorHAnsi" w:cstheme="majorHAnsi"/>
          <w:b/>
          <w:bCs/>
        </w:rPr>
      </w:pPr>
    </w:p>
    <w:p w14:paraId="36F91854" w14:textId="77777777" w:rsidR="00B26BC8" w:rsidRPr="00294B04" w:rsidRDefault="00B26BC8" w:rsidP="00B26BC8">
      <w:pPr>
        <w:pStyle w:val="NoSpacing"/>
        <w:rPr>
          <w:rFonts w:asciiTheme="majorHAnsi" w:hAnsiTheme="majorHAnsi" w:cstheme="majorHAnsi"/>
        </w:rPr>
      </w:pPr>
    </w:p>
    <w:p w14:paraId="160D5781" w14:textId="77777777" w:rsidR="00035FFE" w:rsidRDefault="008F64AF" w:rsidP="00B26BC8">
      <w:pPr>
        <w:pStyle w:val="NoSpacing"/>
        <w:rPr>
          <w:rFonts w:asciiTheme="majorHAnsi" w:hAnsiTheme="majorHAnsi" w:cstheme="majorHAnsi"/>
        </w:rPr>
      </w:pPr>
      <w:r w:rsidRPr="00035FFE">
        <w:rPr>
          <w:rFonts w:asciiTheme="majorHAnsi" w:hAnsiTheme="majorHAnsi" w:cstheme="majorHAnsi"/>
        </w:rPr>
        <w:t>b</w:t>
      </w:r>
      <w:r w:rsidR="00B26BC8" w:rsidRPr="00035FFE">
        <w:rPr>
          <w:rFonts w:asciiTheme="majorHAnsi" w:hAnsiTheme="majorHAnsi" w:cstheme="majorHAnsi"/>
        </w:rPr>
        <w:t xml:space="preserve">.  </w:t>
      </w:r>
      <w:r w:rsidR="006712CF" w:rsidRPr="00035FFE">
        <w:rPr>
          <w:rFonts w:asciiTheme="majorHAnsi" w:hAnsiTheme="majorHAnsi" w:cstheme="majorHAnsi"/>
        </w:rPr>
        <w:t>OCSD</w:t>
      </w:r>
      <w:r w:rsidRPr="00035FFE">
        <w:rPr>
          <w:rFonts w:asciiTheme="majorHAnsi" w:hAnsiTheme="majorHAnsi" w:cstheme="majorHAnsi"/>
        </w:rPr>
        <w:t xml:space="preserve"> District</w:t>
      </w:r>
      <w:r w:rsidR="00B26BC8" w:rsidRPr="00294B04">
        <w:rPr>
          <w:rFonts w:asciiTheme="majorHAnsi" w:hAnsiTheme="majorHAnsi" w:cstheme="majorHAnsi"/>
          <w:b/>
          <w:bCs/>
        </w:rPr>
        <w:t>:</w:t>
      </w:r>
      <w:r w:rsidR="005A7678" w:rsidRPr="00294B04">
        <w:rPr>
          <w:rFonts w:asciiTheme="majorHAnsi" w:hAnsiTheme="majorHAnsi" w:cstheme="majorHAnsi"/>
        </w:rPr>
        <w:t xml:space="preserve"> </w:t>
      </w:r>
    </w:p>
    <w:p w14:paraId="4A7B8873" w14:textId="77777777" w:rsidR="00035FFE" w:rsidRDefault="00035FFE" w:rsidP="00B26BC8">
      <w:pPr>
        <w:pStyle w:val="NoSpacing"/>
        <w:rPr>
          <w:rFonts w:asciiTheme="majorHAnsi" w:hAnsiTheme="majorHAnsi" w:cstheme="majorHAnsi"/>
        </w:rPr>
      </w:pPr>
    </w:p>
    <w:p w14:paraId="7673CFE1" w14:textId="77777777" w:rsidR="008F64AF" w:rsidRPr="00035FFE" w:rsidRDefault="008F64AF" w:rsidP="00B26BC8">
      <w:pPr>
        <w:pStyle w:val="NoSpacing"/>
        <w:rPr>
          <w:rFonts w:asciiTheme="majorHAnsi" w:hAnsiTheme="majorHAnsi" w:cstheme="majorHAnsi"/>
        </w:rPr>
      </w:pPr>
    </w:p>
    <w:p w14:paraId="119333B6" w14:textId="77777777" w:rsidR="00035FFE" w:rsidRPr="00035FFE" w:rsidRDefault="008F64AF" w:rsidP="009C2CFB">
      <w:pPr>
        <w:pStyle w:val="NoSpacing"/>
        <w:tabs>
          <w:tab w:val="left" w:pos="2459"/>
        </w:tabs>
        <w:rPr>
          <w:rFonts w:asciiTheme="majorHAnsi" w:hAnsiTheme="majorHAnsi" w:cstheme="majorHAnsi"/>
        </w:rPr>
      </w:pPr>
      <w:r w:rsidRPr="00035FFE">
        <w:rPr>
          <w:rFonts w:asciiTheme="majorHAnsi" w:hAnsiTheme="majorHAnsi" w:cstheme="majorHAnsi"/>
        </w:rPr>
        <w:t xml:space="preserve">c. </w:t>
      </w:r>
      <w:r w:rsidR="00925F17" w:rsidRPr="00035FFE">
        <w:rPr>
          <w:rFonts w:asciiTheme="majorHAnsi" w:hAnsiTheme="majorHAnsi" w:cstheme="majorHAnsi"/>
        </w:rPr>
        <w:t>Water System:</w:t>
      </w:r>
      <w:r w:rsidR="009C2CFB" w:rsidRPr="00035FFE">
        <w:rPr>
          <w:rFonts w:asciiTheme="majorHAnsi" w:hAnsiTheme="majorHAnsi" w:cstheme="majorHAnsi"/>
        </w:rPr>
        <w:t xml:space="preserve"> </w:t>
      </w:r>
    </w:p>
    <w:p w14:paraId="719EFBCD" w14:textId="77777777" w:rsidR="00035FFE" w:rsidRPr="00035FFE" w:rsidRDefault="00035FFE" w:rsidP="009C2CFB">
      <w:pPr>
        <w:pStyle w:val="NoSpacing"/>
        <w:tabs>
          <w:tab w:val="left" w:pos="2459"/>
        </w:tabs>
        <w:rPr>
          <w:rFonts w:asciiTheme="majorHAnsi" w:hAnsiTheme="majorHAnsi" w:cstheme="majorHAnsi"/>
        </w:rPr>
      </w:pPr>
    </w:p>
    <w:p w14:paraId="5C674D79" w14:textId="5020CE2F" w:rsidR="008F64AF" w:rsidRPr="00035FFE" w:rsidRDefault="009C2CFB" w:rsidP="00035FFE">
      <w:pPr>
        <w:pStyle w:val="NoSpacing"/>
        <w:tabs>
          <w:tab w:val="left" w:pos="2459"/>
        </w:tabs>
        <w:ind w:left="720"/>
        <w:rPr>
          <w:rFonts w:asciiTheme="majorHAnsi" w:hAnsiTheme="majorHAnsi" w:cstheme="majorHAnsi"/>
        </w:rPr>
      </w:pPr>
      <w:r w:rsidRPr="00035FFE">
        <w:rPr>
          <w:rFonts w:asciiTheme="majorHAnsi" w:hAnsiTheme="majorHAnsi" w:cstheme="majorHAnsi"/>
        </w:rPr>
        <w:tab/>
        <w:t xml:space="preserve"> </w:t>
      </w:r>
    </w:p>
    <w:p w14:paraId="29CF83CA" w14:textId="77777777" w:rsidR="00925F17" w:rsidRPr="00035FFE" w:rsidRDefault="00925F17" w:rsidP="00B26BC8">
      <w:pPr>
        <w:pStyle w:val="NoSpacing"/>
        <w:rPr>
          <w:rFonts w:asciiTheme="majorHAnsi" w:hAnsiTheme="majorHAnsi" w:cstheme="majorHAnsi"/>
        </w:rPr>
      </w:pPr>
    </w:p>
    <w:p w14:paraId="51554B5A" w14:textId="77777777" w:rsidR="00035FFE" w:rsidRPr="00035FFE" w:rsidRDefault="00925F17" w:rsidP="00B26BC8">
      <w:pPr>
        <w:pStyle w:val="NoSpacing"/>
        <w:rPr>
          <w:rFonts w:asciiTheme="majorHAnsi" w:hAnsiTheme="majorHAnsi" w:cstheme="majorHAnsi"/>
        </w:rPr>
      </w:pPr>
      <w:r w:rsidRPr="00035FFE">
        <w:rPr>
          <w:rFonts w:asciiTheme="majorHAnsi" w:hAnsiTheme="majorHAnsi" w:cstheme="majorHAnsi"/>
        </w:rPr>
        <w:t>d. Community Hall:</w:t>
      </w:r>
      <w:r w:rsidR="0051286C" w:rsidRPr="00035FFE">
        <w:rPr>
          <w:rFonts w:asciiTheme="majorHAnsi" w:hAnsiTheme="majorHAnsi" w:cstheme="majorHAnsi"/>
        </w:rPr>
        <w:t xml:space="preserve"> </w:t>
      </w:r>
    </w:p>
    <w:p w14:paraId="245D8AFF" w14:textId="77777777" w:rsidR="00035FFE" w:rsidRPr="00035FFE" w:rsidRDefault="00035FFE" w:rsidP="00B26BC8">
      <w:pPr>
        <w:pStyle w:val="NoSpacing"/>
        <w:rPr>
          <w:rFonts w:asciiTheme="majorHAnsi" w:hAnsiTheme="majorHAnsi" w:cstheme="majorHAnsi"/>
        </w:rPr>
      </w:pPr>
    </w:p>
    <w:p w14:paraId="44E8DFB0" w14:textId="77777777" w:rsidR="00EB284A" w:rsidRDefault="00EB284A" w:rsidP="00035FFE">
      <w:pPr>
        <w:pStyle w:val="NoSpacing"/>
        <w:ind w:left="720"/>
        <w:rPr>
          <w:rFonts w:asciiTheme="majorHAnsi" w:hAnsiTheme="majorHAnsi" w:cstheme="majorHAnsi"/>
        </w:rPr>
      </w:pPr>
    </w:p>
    <w:p w14:paraId="35D5B362" w14:textId="77777777" w:rsidR="00EB284A" w:rsidRPr="00035FFE" w:rsidRDefault="00EB284A" w:rsidP="00035FFE">
      <w:pPr>
        <w:pStyle w:val="NoSpacing"/>
        <w:ind w:left="720"/>
        <w:rPr>
          <w:rFonts w:asciiTheme="majorHAnsi" w:hAnsiTheme="majorHAnsi" w:cstheme="majorHAnsi"/>
        </w:rPr>
      </w:pPr>
    </w:p>
    <w:p w14:paraId="63A9159F" w14:textId="77777777" w:rsidR="00BD7D1D" w:rsidRPr="00035FFE" w:rsidRDefault="00BD7D1D" w:rsidP="000F5870">
      <w:pPr>
        <w:pStyle w:val="NoSpacing"/>
        <w:rPr>
          <w:rFonts w:asciiTheme="majorHAnsi" w:hAnsiTheme="majorHAnsi" w:cstheme="majorHAnsi"/>
        </w:rPr>
      </w:pPr>
    </w:p>
    <w:p w14:paraId="21DE1553" w14:textId="77777777" w:rsidR="00035FFE" w:rsidRDefault="00925F17" w:rsidP="00925F17">
      <w:pPr>
        <w:pStyle w:val="NoSpacing"/>
        <w:rPr>
          <w:rFonts w:asciiTheme="majorHAnsi" w:hAnsiTheme="majorHAnsi" w:cstheme="majorHAnsi"/>
        </w:rPr>
      </w:pPr>
      <w:r w:rsidRPr="00035FFE">
        <w:rPr>
          <w:rFonts w:asciiTheme="majorHAnsi" w:hAnsiTheme="majorHAnsi" w:cstheme="majorHAnsi"/>
        </w:rPr>
        <w:t>e</w:t>
      </w:r>
      <w:r w:rsidR="00B26BC8" w:rsidRPr="00035FFE">
        <w:rPr>
          <w:rFonts w:asciiTheme="majorHAnsi" w:hAnsiTheme="majorHAnsi" w:cstheme="majorHAnsi"/>
        </w:rPr>
        <w:t>. Fire Hall</w:t>
      </w:r>
      <w:r w:rsidR="00B26BC8" w:rsidRPr="00294B04">
        <w:rPr>
          <w:rFonts w:asciiTheme="majorHAnsi" w:hAnsiTheme="majorHAnsi" w:cstheme="majorHAnsi"/>
          <w:b/>
          <w:bCs/>
        </w:rPr>
        <w:t>:</w:t>
      </w:r>
      <w:r w:rsidR="00532BFC" w:rsidRPr="00294B04">
        <w:rPr>
          <w:rFonts w:asciiTheme="majorHAnsi" w:hAnsiTheme="majorHAnsi" w:cstheme="majorHAnsi"/>
        </w:rPr>
        <w:t xml:space="preserve"> </w:t>
      </w:r>
    </w:p>
    <w:p w14:paraId="688B8CCF" w14:textId="77777777" w:rsidR="00035FFE" w:rsidRDefault="00035FFE" w:rsidP="00925F17">
      <w:pPr>
        <w:pStyle w:val="NoSpacing"/>
        <w:rPr>
          <w:rFonts w:asciiTheme="majorHAnsi" w:hAnsiTheme="majorHAnsi" w:cstheme="majorHAnsi"/>
        </w:rPr>
      </w:pPr>
    </w:p>
    <w:p w14:paraId="613CA168" w14:textId="77777777" w:rsidR="00925F17" w:rsidRDefault="00925F17" w:rsidP="00925F17">
      <w:pPr>
        <w:pStyle w:val="NoSpacing"/>
        <w:rPr>
          <w:rFonts w:asciiTheme="majorHAnsi" w:hAnsiTheme="majorHAnsi" w:cstheme="majorHAnsi"/>
        </w:rPr>
      </w:pPr>
    </w:p>
    <w:p w14:paraId="7F186DBB" w14:textId="64C78E56" w:rsidR="0092207E" w:rsidRPr="00294B04" w:rsidRDefault="00B26BC8">
      <w:pPr>
        <w:spacing w:after="60" w:line="259" w:lineRule="auto"/>
        <w:rPr>
          <w:rFonts w:asciiTheme="majorHAnsi" w:hAnsiTheme="majorHAnsi" w:cstheme="majorHAnsi"/>
        </w:rPr>
      </w:pPr>
      <w:r w:rsidRPr="00294B04">
        <w:rPr>
          <w:rFonts w:asciiTheme="majorHAnsi" w:hAnsiTheme="majorHAnsi" w:cstheme="majorHAnsi"/>
          <w:b/>
        </w:rPr>
        <w:t>1</w:t>
      </w:r>
      <w:r w:rsidR="0011000B">
        <w:rPr>
          <w:rFonts w:asciiTheme="majorHAnsi" w:hAnsiTheme="majorHAnsi" w:cstheme="majorHAnsi"/>
          <w:b/>
        </w:rPr>
        <w:t>1</w:t>
      </w:r>
      <w:r w:rsidRPr="00294B04">
        <w:rPr>
          <w:rFonts w:asciiTheme="majorHAnsi" w:hAnsiTheme="majorHAnsi" w:cstheme="majorHAnsi"/>
          <w:b/>
        </w:rPr>
        <w:t>). BOARD MEMBER REPORTS:</w:t>
      </w:r>
    </w:p>
    <w:p w14:paraId="6736A7C0" w14:textId="6A29831D" w:rsidR="0092207E" w:rsidRPr="007876CD" w:rsidRDefault="00E76C66" w:rsidP="007876CD">
      <w:pPr>
        <w:pStyle w:val="ListParagraph"/>
        <w:numPr>
          <w:ilvl w:val="0"/>
          <w:numId w:val="16"/>
        </w:numPr>
        <w:spacing w:after="60" w:line="264" w:lineRule="auto"/>
        <w:rPr>
          <w:rFonts w:asciiTheme="majorHAnsi" w:hAnsiTheme="majorHAnsi" w:cstheme="majorHAnsi"/>
        </w:rPr>
      </w:pPr>
      <w:r w:rsidRPr="007876CD">
        <w:rPr>
          <w:rFonts w:asciiTheme="majorHAnsi" w:hAnsiTheme="majorHAnsi" w:cstheme="majorHAnsi"/>
        </w:rPr>
        <w:t>Levee Report:</w:t>
      </w:r>
      <w:r w:rsidR="00876AF9" w:rsidRPr="007876CD">
        <w:rPr>
          <w:rFonts w:asciiTheme="majorHAnsi" w:hAnsiTheme="majorHAnsi" w:cstheme="majorHAnsi"/>
        </w:rPr>
        <w:t xml:space="preserve"> </w:t>
      </w:r>
    </w:p>
    <w:p w14:paraId="36CE64AA" w14:textId="5C306E3B" w:rsidR="0092207E" w:rsidRDefault="00E76C66" w:rsidP="007E7E36">
      <w:pPr>
        <w:pStyle w:val="ListParagraph"/>
        <w:numPr>
          <w:ilvl w:val="0"/>
          <w:numId w:val="16"/>
        </w:numPr>
        <w:spacing w:after="120" w:line="264" w:lineRule="auto"/>
        <w:rPr>
          <w:rFonts w:asciiTheme="majorHAnsi" w:hAnsiTheme="majorHAnsi" w:cstheme="majorHAnsi"/>
        </w:rPr>
      </w:pPr>
      <w:r w:rsidRPr="00294B04">
        <w:rPr>
          <w:rFonts w:asciiTheme="majorHAnsi" w:hAnsiTheme="majorHAnsi" w:cstheme="majorHAnsi"/>
        </w:rPr>
        <w:t>Board Members:</w:t>
      </w:r>
      <w:r w:rsidR="00876AF9">
        <w:rPr>
          <w:rFonts w:asciiTheme="majorHAnsi" w:hAnsiTheme="majorHAnsi" w:cstheme="majorHAnsi"/>
        </w:rPr>
        <w:t xml:space="preserve">  </w:t>
      </w:r>
    </w:p>
    <w:p w14:paraId="2F76F5D1" w14:textId="77B0449E" w:rsidR="00852925" w:rsidRPr="00294B04" w:rsidRDefault="00AB1C31" w:rsidP="00852925">
      <w:pPr>
        <w:pStyle w:val="ListParagraph"/>
        <w:numPr>
          <w:ilvl w:val="1"/>
          <w:numId w:val="16"/>
        </w:numPr>
        <w:spacing w:after="120" w:line="264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Ron – Redwood Region Economic Development Commission</w:t>
      </w:r>
    </w:p>
    <w:p w14:paraId="751A7647" w14:textId="2F071B41" w:rsidR="00B26BC8" w:rsidRPr="00294B04" w:rsidRDefault="00B26BC8" w:rsidP="00B26BC8">
      <w:pPr>
        <w:spacing w:after="120" w:line="264" w:lineRule="auto"/>
        <w:rPr>
          <w:rFonts w:asciiTheme="majorHAnsi" w:hAnsiTheme="majorHAnsi" w:cstheme="majorHAnsi"/>
          <w:b/>
          <w:bCs/>
        </w:rPr>
      </w:pPr>
      <w:r w:rsidRPr="00294B04">
        <w:rPr>
          <w:rFonts w:asciiTheme="majorHAnsi" w:hAnsiTheme="majorHAnsi" w:cstheme="majorHAnsi"/>
          <w:b/>
          <w:bCs/>
        </w:rPr>
        <w:t>1</w:t>
      </w:r>
      <w:r w:rsidR="0011000B">
        <w:rPr>
          <w:rFonts w:asciiTheme="majorHAnsi" w:hAnsiTheme="majorHAnsi" w:cstheme="majorHAnsi"/>
          <w:b/>
          <w:bCs/>
        </w:rPr>
        <w:t>2</w:t>
      </w:r>
      <w:r w:rsidRPr="00294B04">
        <w:rPr>
          <w:rFonts w:asciiTheme="majorHAnsi" w:hAnsiTheme="majorHAnsi" w:cstheme="majorHAnsi"/>
          <w:b/>
          <w:bCs/>
        </w:rPr>
        <w:t>). FUTURE AGENDA ITEM DISCUSSION/REQUESTS:</w:t>
      </w:r>
    </w:p>
    <w:p w14:paraId="51FA0356" w14:textId="3EDEE3EE" w:rsidR="003A54AF" w:rsidRDefault="00B26BC8" w:rsidP="00480B6F">
      <w:pPr>
        <w:spacing w:after="120" w:line="264" w:lineRule="auto"/>
        <w:rPr>
          <w:rFonts w:asciiTheme="majorHAnsi" w:hAnsiTheme="majorHAnsi" w:cstheme="majorHAnsi"/>
        </w:rPr>
      </w:pPr>
      <w:r w:rsidRPr="00294B04">
        <w:rPr>
          <w:rFonts w:asciiTheme="majorHAnsi" w:hAnsiTheme="majorHAnsi" w:cstheme="majorHAnsi"/>
        </w:rPr>
        <w:t>Any member of the Board or public may request/future agenda items that fall within the jurisdiction of the Board.</w:t>
      </w:r>
    </w:p>
    <w:p w14:paraId="120C5364" w14:textId="77777777" w:rsidR="00CE6B76" w:rsidRPr="00CE6B76" w:rsidRDefault="00CE6B76" w:rsidP="00CE6B76">
      <w:pPr>
        <w:pStyle w:val="ListParagraph"/>
        <w:spacing w:after="60" w:line="259" w:lineRule="auto"/>
        <w:ind w:left="615"/>
        <w:rPr>
          <w:rFonts w:asciiTheme="majorHAnsi" w:hAnsiTheme="majorHAnsi" w:cstheme="majorHAnsi"/>
        </w:rPr>
      </w:pPr>
    </w:p>
    <w:p w14:paraId="2D0D722F" w14:textId="48F21526" w:rsidR="001C0F83" w:rsidRPr="00BA5E33" w:rsidRDefault="00D346FB" w:rsidP="003A54AF">
      <w:pPr>
        <w:spacing w:after="120" w:line="264" w:lineRule="auto"/>
        <w:rPr>
          <w:rFonts w:asciiTheme="majorHAnsi" w:hAnsiTheme="majorHAnsi" w:cstheme="majorHAnsi"/>
          <w:bCs/>
        </w:rPr>
      </w:pPr>
      <w:r w:rsidRPr="00CE6B76">
        <w:rPr>
          <w:rFonts w:asciiTheme="majorHAnsi" w:hAnsiTheme="majorHAnsi" w:cstheme="majorHAnsi"/>
          <w:b/>
          <w:bCs/>
        </w:rPr>
        <w:t>1</w:t>
      </w:r>
      <w:r w:rsidR="0011000B">
        <w:rPr>
          <w:rFonts w:asciiTheme="majorHAnsi" w:hAnsiTheme="majorHAnsi" w:cstheme="majorHAnsi"/>
          <w:b/>
          <w:bCs/>
        </w:rPr>
        <w:t>3</w:t>
      </w:r>
      <w:r w:rsidR="00CE6B76">
        <w:rPr>
          <w:rFonts w:asciiTheme="majorHAnsi" w:hAnsiTheme="majorHAnsi" w:cstheme="majorHAnsi"/>
          <w:b/>
          <w:bCs/>
        </w:rPr>
        <w:t xml:space="preserve">) </w:t>
      </w:r>
      <w:r w:rsidR="001C0F83" w:rsidRPr="00294B04">
        <w:rPr>
          <w:rFonts w:asciiTheme="majorHAnsi" w:hAnsiTheme="majorHAnsi" w:cstheme="majorHAnsi"/>
          <w:b/>
          <w:bCs/>
        </w:rPr>
        <w:t xml:space="preserve"> </w:t>
      </w:r>
      <w:r w:rsidR="001C0F83" w:rsidRPr="00294B04">
        <w:rPr>
          <w:rFonts w:asciiTheme="majorHAnsi" w:hAnsiTheme="majorHAnsi" w:cstheme="majorHAnsi"/>
          <w:b/>
        </w:rPr>
        <w:t xml:space="preserve">ADJOURNMENT: </w:t>
      </w:r>
      <w:r w:rsidR="00BA5E33">
        <w:rPr>
          <w:rFonts w:asciiTheme="majorHAnsi" w:hAnsiTheme="majorHAnsi" w:cstheme="majorHAnsi"/>
          <w:bCs/>
        </w:rPr>
        <w:t>Meeting adjourned at 7:</w:t>
      </w:r>
      <w:r w:rsidR="00AB33A8">
        <w:rPr>
          <w:rFonts w:asciiTheme="majorHAnsi" w:hAnsiTheme="majorHAnsi" w:cstheme="majorHAnsi"/>
          <w:bCs/>
        </w:rPr>
        <w:t>26</w:t>
      </w:r>
      <w:r w:rsidR="00BA5E33">
        <w:rPr>
          <w:rFonts w:asciiTheme="majorHAnsi" w:hAnsiTheme="majorHAnsi" w:cstheme="majorHAnsi"/>
          <w:bCs/>
        </w:rPr>
        <w:t xml:space="preserve"> PM</w:t>
      </w:r>
    </w:p>
    <w:p w14:paraId="2F8DEAF6" w14:textId="776B1EA5" w:rsidR="003A54AF" w:rsidRPr="00294B04" w:rsidRDefault="001C0F83" w:rsidP="003A54AF">
      <w:pPr>
        <w:spacing w:after="120" w:line="264" w:lineRule="auto"/>
        <w:rPr>
          <w:rFonts w:asciiTheme="majorHAnsi" w:hAnsiTheme="majorHAnsi" w:cstheme="majorHAnsi"/>
        </w:rPr>
      </w:pPr>
      <w:r w:rsidRPr="00294B04">
        <w:rPr>
          <w:rFonts w:asciiTheme="majorHAnsi" w:hAnsiTheme="majorHAnsi" w:cstheme="majorHAnsi"/>
          <w:b/>
          <w:bCs/>
        </w:rPr>
        <w:t xml:space="preserve">     </w:t>
      </w:r>
    </w:p>
    <w:p w14:paraId="7EA494FA" w14:textId="6E5E19EF" w:rsidR="003A54AF" w:rsidRPr="005B3E5C" w:rsidRDefault="00E76C66" w:rsidP="005B3E5C">
      <w:pPr>
        <w:spacing w:before="160" w:after="80" w:line="264" w:lineRule="auto"/>
        <w:jc w:val="center"/>
        <w:rPr>
          <w:rFonts w:asciiTheme="majorHAnsi" w:hAnsiTheme="majorHAnsi" w:cstheme="majorHAnsi"/>
          <w:b/>
        </w:rPr>
      </w:pPr>
      <w:r w:rsidRPr="00294B04">
        <w:rPr>
          <w:rFonts w:asciiTheme="majorHAnsi" w:hAnsiTheme="majorHAnsi" w:cstheme="majorHAnsi"/>
          <w:b/>
        </w:rPr>
        <w:t xml:space="preserve">Next Regular Meeting is scheduled for </w:t>
      </w:r>
      <w:r w:rsidR="00AB33A8">
        <w:rPr>
          <w:rFonts w:asciiTheme="majorHAnsi" w:hAnsiTheme="majorHAnsi" w:cstheme="majorHAnsi"/>
          <w:b/>
        </w:rPr>
        <w:t>October 14</w:t>
      </w:r>
      <w:r w:rsidRPr="00294B04">
        <w:rPr>
          <w:rFonts w:asciiTheme="majorHAnsi" w:hAnsiTheme="majorHAnsi" w:cstheme="majorHAnsi"/>
          <w:b/>
        </w:rPr>
        <w:t>, 2026</w:t>
      </w:r>
    </w:p>
    <w:p w14:paraId="57C838A5" w14:textId="77777777" w:rsidR="003A54AF" w:rsidRPr="00294B04" w:rsidRDefault="003A54AF" w:rsidP="007E7E36">
      <w:pPr>
        <w:pStyle w:val="NoSpacing"/>
        <w:rPr>
          <w:rFonts w:asciiTheme="majorHAnsi" w:hAnsiTheme="majorHAnsi" w:cstheme="majorHAnsi"/>
        </w:rPr>
      </w:pPr>
    </w:p>
    <w:sectPr w:rsidR="003A54AF" w:rsidRPr="00294B04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F22938"/>
    <w:multiLevelType w:val="hybridMultilevel"/>
    <w:tmpl w:val="8AA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0415D3"/>
    <w:multiLevelType w:val="hybridMultilevel"/>
    <w:tmpl w:val="E50C988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21E2FD3"/>
    <w:multiLevelType w:val="hybridMultilevel"/>
    <w:tmpl w:val="208AB0BC"/>
    <w:lvl w:ilvl="0" w:tplc="9B1AAB9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230100"/>
    <w:multiLevelType w:val="hybridMultilevel"/>
    <w:tmpl w:val="A02C1EBC"/>
    <w:lvl w:ilvl="0" w:tplc="9A52BE6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CF3554"/>
    <w:multiLevelType w:val="hybridMultilevel"/>
    <w:tmpl w:val="23E20B42"/>
    <w:lvl w:ilvl="0" w:tplc="765C2D94">
      <w:start w:val="1"/>
      <w:numFmt w:val="lowerLetter"/>
      <w:lvlText w:val="%1."/>
      <w:lvlJc w:val="left"/>
      <w:pPr>
        <w:ind w:left="720" w:hanging="360"/>
      </w:pPr>
      <w:rPr>
        <w:rFonts w:asciiTheme="majorHAnsi" w:eastAsiaTheme="minorEastAsia" w:hAnsiTheme="majorHAnsi" w:cstheme="majorHAns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D2B44"/>
    <w:multiLevelType w:val="hybridMultilevel"/>
    <w:tmpl w:val="55B6AE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55B0A"/>
    <w:multiLevelType w:val="hybridMultilevel"/>
    <w:tmpl w:val="7AE89972"/>
    <w:lvl w:ilvl="0" w:tplc="53E4BBA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FB3D5E"/>
    <w:multiLevelType w:val="hybridMultilevel"/>
    <w:tmpl w:val="AA5ACED2"/>
    <w:lvl w:ilvl="0" w:tplc="3410ABD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7" w15:restartNumberingAfterBreak="0">
    <w:nsid w:val="61610C01"/>
    <w:multiLevelType w:val="hybridMultilevel"/>
    <w:tmpl w:val="591C20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41E53"/>
    <w:multiLevelType w:val="hybridMultilevel"/>
    <w:tmpl w:val="B3EC16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EA0E80"/>
    <w:multiLevelType w:val="hybridMultilevel"/>
    <w:tmpl w:val="CF50E494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65688">
    <w:abstractNumId w:val="8"/>
  </w:num>
  <w:num w:numId="2" w16cid:durableId="484976550">
    <w:abstractNumId w:val="6"/>
  </w:num>
  <w:num w:numId="3" w16cid:durableId="1636444294">
    <w:abstractNumId w:val="5"/>
  </w:num>
  <w:num w:numId="4" w16cid:durableId="602877879">
    <w:abstractNumId w:val="4"/>
  </w:num>
  <w:num w:numId="5" w16cid:durableId="655184379">
    <w:abstractNumId w:val="7"/>
  </w:num>
  <w:num w:numId="6" w16cid:durableId="1965034599">
    <w:abstractNumId w:val="3"/>
  </w:num>
  <w:num w:numId="7" w16cid:durableId="11999893">
    <w:abstractNumId w:val="2"/>
  </w:num>
  <w:num w:numId="8" w16cid:durableId="704478521">
    <w:abstractNumId w:val="1"/>
  </w:num>
  <w:num w:numId="9" w16cid:durableId="1725595084">
    <w:abstractNumId w:val="0"/>
  </w:num>
  <w:num w:numId="10" w16cid:durableId="634531867">
    <w:abstractNumId w:val="14"/>
  </w:num>
  <w:num w:numId="11" w16cid:durableId="785855172">
    <w:abstractNumId w:val="15"/>
  </w:num>
  <w:num w:numId="12" w16cid:durableId="321545945">
    <w:abstractNumId w:val="17"/>
  </w:num>
  <w:num w:numId="13" w16cid:durableId="1686978410">
    <w:abstractNumId w:val="10"/>
  </w:num>
  <w:num w:numId="14" w16cid:durableId="643975680">
    <w:abstractNumId w:val="12"/>
  </w:num>
  <w:num w:numId="15" w16cid:durableId="1124734984">
    <w:abstractNumId w:val="11"/>
  </w:num>
  <w:num w:numId="16" w16cid:durableId="1970086347">
    <w:abstractNumId w:val="13"/>
  </w:num>
  <w:num w:numId="17" w16cid:durableId="1815028400">
    <w:abstractNumId w:val="19"/>
  </w:num>
  <w:num w:numId="18" w16cid:durableId="59988654">
    <w:abstractNumId w:val="16"/>
  </w:num>
  <w:num w:numId="19" w16cid:durableId="1430811512">
    <w:abstractNumId w:val="9"/>
  </w:num>
  <w:num w:numId="20" w16cid:durableId="8994841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EC4"/>
    <w:rsid w:val="00015FBD"/>
    <w:rsid w:val="00020D0A"/>
    <w:rsid w:val="00030CB1"/>
    <w:rsid w:val="00034616"/>
    <w:rsid w:val="00035FFE"/>
    <w:rsid w:val="00045EE4"/>
    <w:rsid w:val="00050A77"/>
    <w:rsid w:val="00050AD3"/>
    <w:rsid w:val="0006063C"/>
    <w:rsid w:val="00070B59"/>
    <w:rsid w:val="00072143"/>
    <w:rsid w:val="0008099A"/>
    <w:rsid w:val="00084691"/>
    <w:rsid w:val="00084B4C"/>
    <w:rsid w:val="00093C43"/>
    <w:rsid w:val="00097EAE"/>
    <w:rsid w:val="000A0627"/>
    <w:rsid w:val="000A2849"/>
    <w:rsid w:val="000A3A7C"/>
    <w:rsid w:val="000A6313"/>
    <w:rsid w:val="000B02F4"/>
    <w:rsid w:val="000B637C"/>
    <w:rsid w:val="000C1849"/>
    <w:rsid w:val="000C5FC4"/>
    <w:rsid w:val="000C7CB7"/>
    <w:rsid w:val="000D1DC9"/>
    <w:rsid w:val="000D4E1B"/>
    <w:rsid w:val="000E3BD5"/>
    <w:rsid w:val="000E667A"/>
    <w:rsid w:val="000F5870"/>
    <w:rsid w:val="000F6F74"/>
    <w:rsid w:val="0011000B"/>
    <w:rsid w:val="00112010"/>
    <w:rsid w:val="00113DF4"/>
    <w:rsid w:val="001270A2"/>
    <w:rsid w:val="00135603"/>
    <w:rsid w:val="00140C65"/>
    <w:rsid w:val="0014767D"/>
    <w:rsid w:val="00147BBF"/>
    <w:rsid w:val="0015074B"/>
    <w:rsid w:val="00154A1B"/>
    <w:rsid w:val="00156EDA"/>
    <w:rsid w:val="0016229A"/>
    <w:rsid w:val="00164664"/>
    <w:rsid w:val="00164CAD"/>
    <w:rsid w:val="00166217"/>
    <w:rsid w:val="00173EAA"/>
    <w:rsid w:val="00175A29"/>
    <w:rsid w:val="00191067"/>
    <w:rsid w:val="001A0462"/>
    <w:rsid w:val="001A1738"/>
    <w:rsid w:val="001B3195"/>
    <w:rsid w:val="001C0F83"/>
    <w:rsid w:val="001C4656"/>
    <w:rsid w:val="001D6897"/>
    <w:rsid w:val="001E1AD9"/>
    <w:rsid w:val="001E6F74"/>
    <w:rsid w:val="001F3CD8"/>
    <w:rsid w:val="00201181"/>
    <w:rsid w:val="00221FD1"/>
    <w:rsid w:val="00246D6F"/>
    <w:rsid w:val="002506D5"/>
    <w:rsid w:val="002669BD"/>
    <w:rsid w:val="00292DAF"/>
    <w:rsid w:val="002933D9"/>
    <w:rsid w:val="002939D3"/>
    <w:rsid w:val="00294450"/>
    <w:rsid w:val="00294B04"/>
    <w:rsid w:val="0029639D"/>
    <w:rsid w:val="00296EA1"/>
    <w:rsid w:val="002971E9"/>
    <w:rsid w:val="002B45E3"/>
    <w:rsid w:val="002B5AC8"/>
    <w:rsid w:val="002B6D18"/>
    <w:rsid w:val="002C4EAB"/>
    <w:rsid w:val="002E32E6"/>
    <w:rsid w:val="002E5E18"/>
    <w:rsid w:val="002E63EA"/>
    <w:rsid w:val="002E7935"/>
    <w:rsid w:val="002F1518"/>
    <w:rsid w:val="00303B53"/>
    <w:rsid w:val="00320185"/>
    <w:rsid w:val="0032460C"/>
    <w:rsid w:val="003267EB"/>
    <w:rsid w:val="00326F90"/>
    <w:rsid w:val="00327FB6"/>
    <w:rsid w:val="00336C49"/>
    <w:rsid w:val="00337E5A"/>
    <w:rsid w:val="0035476F"/>
    <w:rsid w:val="00354F22"/>
    <w:rsid w:val="00360352"/>
    <w:rsid w:val="0036628F"/>
    <w:rsid w:val="00374556"/>
    <w:rsid w:val="00392E90"/>
    <w:rsid w:val="003A54AF"/>
    <w:rsid w:val="003A6A89"/>
    <w:rsid w:val="003C2662"/>
    <w:rsid w:val="003D50DE"/>
    <w:rsid w:val="003F2D88"/>
    <w:rsid w:val="003F518C"/>
    <w:rsid w:val="003F587C"/>
    <w:rsid w:val="0040736C"/>
    <w:rsid w:val="00412231"/>
    <w:rsid w:val="004227D1"/>
    <w:rsid w:val="00425563"/>
    <w:rsid w:val="004427BA"/>
    <w:rsid w:val="00446716"/>
    <w:rsid w:val="00457FA6"/>
    <w:rsid w:val="004670B4"/>
    <w:rsid w:val="00477CCA"/>
    <w:rsid w:val="00480B6F"/>
    <w:rsid w:val="00483F23"/>
    <w:rsid w:val="00497DAB"/>
    <w:rsid w:val="004A1A2B"/>
    <w:rsid w:val="004A2407"/>
    <w:rsid w:val="004A586F"/>
    <w:rsid w:val="004C76D7"/>
    <w:rsid w:val="004E40C1"/>
    <w:rsid w:val="004E465D"/>
    <w:rsid w:val="004F034C"/>
    <w:rsid w:val="005008F5"/>
    <w:rsid w:val="0050123E"/>
    <w:rsid w:val="005018F0"/>
    <w:rsid w:val="0050251C"/>
    <w:rsid w:val="00506A7D"/>
    <w:rsid w:val="00506FFA"/>
    <w:rsid w:val="005071BE"/>
    <w:rsid w:val="0050795B"/>
    <w:rsid w:val="00507C87"/>
    <w:rsid w:val="0051286C"/>
    <w:rsid w:val="00515764"/>
    <w:rsid w:val="00517173"/>
    <w:rsid w:val="00517D99"/>
    <w:rsid w:val="00520E99"/>
    <w:rsid w:val="00520EB4"/>
    <w:rsid w:val="005265BC"/>
    <w:rsid w:val="00530BD8"/>
    <w:rsid w:val="00532BFC"/>
    <w:rsid w:val="00537F51"/>
    <w:rsid w:val="005429A8"/>
    <w:rsid w:val="005529D9"/>
    <w:rsid w:val="00553FBB"/>
    <w:rsid w:val="0056102C"/>
    <w:rsid w:val="00584C5F"/>
    <w:rsid w:val="005A43FA"/>
    <w:rsid w:val="005A7678"/>
    <w:rsid w:val="005B3E5C"/>
    <w:rsid w:val="005C5D7C"/>
    <w:rsid w:val="005C724A"/>
    <w:rsid w:val="005D167A"/>
    <w:rsid w:val="005E3836"/>
    <w:rsid w:val="005F25DC"/>
    <w:rsid w:val="005F40C3"/>
    <w:rsid w:val="005F6B9B"/>
    <w:rsid w:val="00604119"/>
    <w:rsid w:val="00610A45"/>
    <w:rsid w:val="0061324F"/>
    <w:rsid w:val="0063350B"/>
    <w:rsid w:val="006401AF"/>
    <w:rsid w:val="00655B78"/>
    <w:rsid w:val="00656B18"/>
    <w:rsid w:val="006712CF"/>
    <w:rsid w:val="00675747"/>
    <w:rsid w:val="0068545B"/>
    <w:rsid w:val="0069147D"/>
    <w:rsid w:val="006A7E18"/>
    <w:rsid w:val="006C399B"/>
    <w:rsid w:val="006E2163"/>
    <w:rsid w:val="006E5913"/>
    <w:rsid w:val="006F598E"/>
    <w:rsid w:val="00711F15"/>
    <w:rsid w:val="00722A08"/>
    <w:rsid w:val="00725040"/>
    <w:rsid w:val="007252E0"/>
    <w:rsid w:val="007257E8"/>
    <w:rsid w:val="007614C3"/>
    <w:rsid w:val="00761C01"/>
    <w:rsid w:val="00766E33"/>
    <w:rsid w:val="007804BF"/>
    <w:rsid w:val="007876CD"/>
    <w:rsid w:val="007966BD"/>
    <w:rsid w:val="007A77AB"/>
    <w:rsid w:val="007C25EF"/>
    <w:rsid w:val="007C3CF8"/>
    <w:rsid w:val="007E7E36"/>
    <w:rsid w:val="007F2B19"/>
    <w:rsid w:val="007F2B34"/>
    <w:rsid w:val="008106C2"/>
    <w:rsid w:val="008148E7"/>
    <w:rsid w:val="008245CE"/>
    <w:rsid w:val="00826F22"/>
    <w:rsid w:val="00842574"/>
    <w:rsid w:val="00843BA3"/>
    <w:rsid w:val="00844F38"/>
    <w:rsid w:val="00846009"/>
    <w:rsid w:val="00847571"/>
    <w:rsid w:val="00852159"/>
    <w:rsid w:val="00852925"/>
    <w:rsid w:val="008545BD"/>
    <w:rsid w:val="008626A4"/>
    <w:rsid w:val="00863F50"/>
    <w:rsid w:val="00865BB3"/>
    <w:rsid w:val="008736D2"/>
    <w:rsid w:val="008738F8"/>
    <w:rsid w:val="00876AF9"/>
    <w:rsid w:val="0089020F"/>
    <w:rsid w:val="00896782"/>
    <w:rsid w:val="008B5458"/>
    <w:rsid w:val="008C35BE"/>
    <w:rsid w:val="008C6AEF"/>
    <w:rsid w:val="008D0BA5"/>
    <w:rsid w:val="008D1602"/>
    <w:rsid w:val="008D2C6A"/>
    <w:rsid w:val="008E0D09"/>
    <w:rsid w:val="008E6225"/>
    <w:rsid w:val="008E67B3"/>
    <w:rsid w:val="008F64AF"/>
    <w:rsid w:val="009061AB"/>
    <w:rsid w:val="00915CB5"/>
    <w:rsid w:val="00921FA9"/>
    <w:rsid w:val="0092207E"/>
    <w:rsid w:val="00925F17"/>
    <w:rsid w:val="0093193D"/>
    <w:rsid w:val="00936BD2"/>
    <w:rsid w:val="0094240D"/>
    <w:rsid w:val="00954E2B"/>
    <w:rsid w:val="00967556"/>
    <w:rsid w:val="00971ADA"/>
    <w:rsid w:val="009802C8"/>
    <w:rsid w:val="009973B5"/>
    <w:rsid w:val="009A7EB3"/>
    <w:rsid w:val="009B7749"/>
    <w:rsid w:val="009C2CFB"/>
    <w:rsid w:val="009C553A"/>
    <w:rsid w:val="009D5397"/>
    <w:rsid w:val="009D7A13"/>
    <w:rsid w:val="009D7B23"/>
    <w:rsid w:val="00A12CEA"/>
    <w:rsid w:val="00A20DD4"/>
    <w:rsid w:val="00A2100B"/>
    <w:rsid w:val="00A23F09"/>
    <w:rsid w:val="00A339F1"/>
    <w:rsid w:val="00A376C4"/>
    <w:rsid w:val="00A4083D"/>
    <w:rsid w:val="00A4504D"/>
    <w:rsid w:val="00A55E88"/>
    <w:rsid w:val="00A63760"/>
    <w:rsid w:val="00A65A41"/>
    <w:rsid w:val="00A763FC"/>
    <w:rsid w:val="00A8384B"/>
    <w:rsid w:val="00A90327"/>
    <w:rsid w:val="00A91A8F"/>
    <w:rsid w:val="00AA1D8D"/>
    <w:rsid w:val="00AA2585"/>
    <w:rsid w:val="00AB1C31"/>
    <w:rsid w:val="00AB33A8"/>
    <w:rsid w:val="00AC1EB7"/>
    <w:rsid w:val="00AD14A2"/>
    <w:rsid w:val="00AD74CE"/>
    <w:rsid w:val="00AD7FAF"/>
    <w:rsid w:val="00AE114F"/>
    <w:rsid w:val="00AF12B1"/>
    <w:rsid w:val="00B2405B"/>
    <w:rsid w:val="00B26BC8"/>
    <w:rsid w:val="00B301FC"/>
    <w:rsid w:val="00B47730"/>
    <w:rsid w:val="00B523B8"/>
    <w:rsid w:val="00B649E1"/>
    <w:rsid w:val="00B65BD7"/>
    <w:rsid w:val="00B7000E"/>
    <w:rsid w:val="00B716D3"/>
    <w:rsid w:val="00B72CF3"/>
    <w:rsid w:val="00B80083"/>
    <w:rsid w:val="00B87AC2"/>
    <w:rsid w:val="00BA5E33"/>
    <w:rsid w:val="00BA7C06"/>
    <w:rsid w:val="00BA7FFE"/>
    <w:rsid w:val="00BB1A1E"/>
    <w:rsid w:val="00BB35FD"/>
    <w:rsid w:val="00BB5D53"/>
    <w:rsid w:val="00BD06EE"/>
    <w:rsid w:val="00BD7D1D"/>
    <w:rsid w:val="00BE00F1"/>
    <w:rsid w:val="00BE5727"/>
    <w:rsid w:val="00BF6E33"/>
    <w:rsid w:val="00BF7710"/>
    <w:rsid w:val="00C01F7E"/>
    <w:rsid w:val="00C0502A"/>
    <w:rsid w:val="00C06938"/>
    <w:rsid w:val="00C101E1"/>
    <w:rsid w:val="00C17F35"/>
    <w:rsid w:val="00C201D1"/>
    <w:rsid w:val="00C225A3"/>
    <w:rsid w:val="00C22713"/>
    <w:rsid w:val="00C44BA1"/>
    <w:rsid w:val="00C546BE"/>
    <w:rsid w:val="00C60DC5"/>
    <w:rsid w:val="00C65679"/>
    <w:rsid w:val="00C6608D"/>
    <w:rsid w:val="00C7214A"/>
    <w:rsid w:val="00C722DA"/>
    <w:rsid w:val="00C730A3"/>
    <w:rsid w:val="00C739F4"/>
    <w:rsid w:val="00C85DAB"/>
    <w:rsid w:val="00C917EC"/>
    <w:rsid w:val="00CA144A"/>
    <w:rsid w:val="00CB0664"/>
    <w:rsid w:val="00CC3C49"/>
    <w:rsid w:val="00CE0AFC"/>
    <w:rsid w:val="00CE5EF2"/>
    <w:rsid w:val="00CE6B76"/>
    <w:rsid w:val="00CF16C1"/>
    <w:rsid w:val="00CF366D"/>
    <w:rsid w:val="00CF5FDB"/>
    <w:rsid w:val="00D01945"/>
    <w:rsid w:val="00D22955"/>
    <w:rsid w:val="00D346FB"/>
    <w:rsid w:val="00D4516C"/>
    <w:rsid w:val="00D472FA"/>
    <w:rsid w:val="00D52423"/>
    <w:rsid w:val="00D53D1C"/>
    <w:rsid w:val="00D84E6E"/>
    <w:rsid w:val="00D876F6"/>
    <w:rsid w:val="00D9034B"/>
    <w:rsid w:val="00D963DD"/>
    <w:rsid w:val="00D9795A"/>
    <w:rsid w:val="00DA57C5"/>
    <w:rsid w:val="00DA70DE"/>
    <w:rsid w:val="00DB17F8"/>
    <w:rsid w:val="00DB18EA"/>
    <w:rsid w:val="00DB42A8"/>
    <w:rsid w:val="00DC0C61"/>
    <w:rsid w:val="00DD0A7D"/>
    <w:rsid w:val="00DD2860"/>
    <w:rsid w:val="00DD4D27"/>
    <w:rsid w:val="00DE163F"/>
    <w:rsid w:val="00DF6D13"/>
    <w:rsid w:val="00E10155"/>
    <w:rsid w:val="00E1434F"/>
    <w:rsid w:val="00E1444A"/>
    <w:rsid w:val="00E16828"/>
    <w:rsid w:val="00E16B52"/>
    <w:rsid w:val="00E22CD2"/>
    <w:rsid w:val="00E33830"/>
    <w:rsid w:val="00E44C05"/>
    <w:rsid w:val="00E50985"/>
    <w:rsid w:val="00E63CB2"/>
    <w:rsid w:val="00E76C66"/>
    <w:rsid w:val="00E92A8D"/>
    <w:rsid w:val="00E93795"/>
    <w:rsid w:val="00E937C1"/>
    <w:rsid w:val="00E9692A"/>
    <w:rsid w:val="00EA11C0"/>
    <w:rsid w:val="00EB284A"/>
    <w:rsid w:val="00ED24C1"/>
    <w:rsid w:val="00ED4926"/>
    <w:rsid w:val="00F01404"/>
    <w:rsid w:val="00F0345D"/>
    <w:rsid w:val="00F10567"/>
    <w:rsid w:val="00F31808"/>
    <w:rsid w:val="00F319C5"/>
    <w:rsid w:val="00F548D9"/>
    <w:rsid w:val="00F6443A"/>
    <w:rsid w:val="00F64BC7"/>
    <w:rsid w:val="00F71428"/>
    <w:rsid w:val="00F730DA"/>
    <w:rsid w:val="00F74883"/>
    <w:rsid w:val="00F876BE"/>
    <w:rsid w:val="00FB4583"/>
    <w:rsid w:val="00FC2CEF"/>
    <w:rsid w:val="00FC3266"/>
    <w:rsid w:val="00FC3B68"/>
    <w:rsid w:val="00FC693F"/>
    <w:rsid w:val="00FD5542"/>
    <w:rsid w:val="00FE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AFF609"/>
  <w14:defaultImageDpi w14:val="300"/>
  <w15:docId w15:val="{EC88AC99-9CDD-4E5D-86A0-64DA8ACD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Trevor Avram</cp:lastModifiedBy>
  <cp:revision>86</cp:revision>
  <cp:lastPrinted>2026-08-21T23:17:00Z</cp:lastPrinted>
  <dcterms:created xsi:type="dcterms:W3CDTF">2026-08-22T20:58:00Z</dcterms:created>
  <dcterms:modified xsi:type="dcterms:W3CDTF">2026-09-13T22:45:00Z</dcterms:modified>
  <cp:category/>
</cp:coreProperties>
</file>